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9A95E" w14:textId="4CA80BCB" w:rsidR="004E5798" w:rsidRPr="004E5798" w:rsidRDefault="00000000" w:rsidP="00BE1AE6">
      <w:pPr>
        <w:jc w:val="center"/>
        <w:rPr>
          <w:b/>
          <w:bCs/>
          <w:sz w:val="56"/>
          <w:szCs w:val="56"/>
        </w:rPr>
      </w:pPr>
      <w:r w:rsidRPr="004E5798">
        <w:rPr>
          <w:b/>
          <w:bCs/>
          <w:sz w:val="56"/>
          <w:szCs w:val="56"/>
        </w:rPr>
        <w:t>Micro-Grant Application For</w:t>
      </w:r>
      <w:r w:rsidR="004E5798" w:rsidRPr="004E5798">
        <w:rPr>
          <w:b/>
          <w:bCs/>
          <w:sz w:val="56"/>
          <w:szCs w:val="56"/>
        </w:rPr>
        <w:t>m</w:t>
      </w:r>
    </w:p>
    <w:p w14:paraId="6423D0C8" w14:textId="16B3665D" w:rsidR="004E5798" w:rsidRPr="004E5798" w:rsidRDefault="00000000" w:rsidP="00BE1AE6">
      <w:pPr>
        <w:jc w:val="center"/>
        <w:rPr>
          <w:rFonts w:cs="Times New Roman"/>
          <w:b/>
          <w:bCs/>
          <w:sz w:val="56"/>
          <w:szCs w:val="56"/>
        </w:rPr>
      </w:pPr>
      <w:proofErr w:type="spellStart"/>
      <w:r w:rsidRPr="004E5798">
        <w:rPr>
          <w:rFonts w:ascii="Times New Roman" w:hAnsi="Times New Roman" w:cs="Times New Roman"/>
          <w:b/>
          <w:bCs/>
          <w:sz w:val="56"/>
          <w:szCs w:val="56"/>
        </w:rPr>
        <w:t>مائیکرو</w:t>
      </w:r>
      <w:proofErr w:type="spellEnd"/>
      <w:r w:rsidRPr="004E5798">
        <w:rPr>
          <w:b/>
          <w:bCs/>
          <w:sz w:val="56"/>
          <w:szCs w:val="56"/>
        </w:rPr>
        <w:t xml:space="preserve"> </w:t>
      </w:r>
      <w:proofErr w:type="spellStart"/>
      <w:r w:rsidRPr="004E5798">
        <w:rPr>
          <w:rFonts w:ascii="Times New Roman" w:hAnsi="Times New Roman" w:cs="Times New Roman"/>
          <w:b/>
          <w:bCs/>
          <w:sz w:val="56"/>
          <w:szCs w:val="56"/>
        </w:rPr>
        <w:t>گرانٹ</w:t>
      </w:r>
      <w:proofErr w:type="spellEnd"/>
      <w:r w:rsidRPr="004E5798">
        <w:rPr>
          <w:b/>
          <w:bCs/>
          <w:sz w:val="56"/>
          <w:szCs w:val="56"/>
        </w:rPr>
        <w:t xml:space="preserve"> </w:t>
      </w:r>
      <w:proofErr w:type="spellStart"/>
      <w:r w:rsidRPr="004E5798">
        <w:rPr>
          <w:rFonts w:ascii="Times New Roman" w:hAnsi="Times New Roman" w:cs="Times New Roman"/>
          <w:b/>
          <w:bCs/>
          <w:sz w:val="56"/>
          <w:szCs w:val="56"/>
        </w:rPr>
        <w:t>درخواست</w:t>
      </w:r>
      <w:proofErr w:type="spellEnd"/>
      <w:r w:rsidRPr="004E5798">
        <w:rPr>
          <w:b/>
          <w:bCs/>
          <w:sz w:val="56"/>
          <w:szCs w:val="56"/>
        </w:rPr>
        <w:t xml:space="preserve"> </w:t>
      </w:r>
      <w:proofErr w:type="spellStart"/>
      <w:r w:rsidRPr="004E5798">
        <w:rPr>
          <w:rFonts w:ascii="Times New Roman" w:hAnsi="Times New Roman" w:cs="Times New Roman"/>
          <w:b/>
          <w:bCs/>
          <w:sz w:val="56"/>
          <w:szCs w:val="56"/>
        </w:rPr>
        <w:t>فارم</w:t>
      </w:r>
      <w:proofErr w:type="spellEnd"/>
    </w:p>
    <w:p w14:paraId="5CB1233D" w14:textId="32088060" w:rsidR="004E5798" w:rsidRPr="00B467C0" w:rsidRDefault="004E5798" w:rsidP="004E5798">
      <w:pPr>
        <w:spacing w:after="160" w:line="278" w:lineRule="auto"/>
      </w:pPr>
      <w:r w:rsidRPr="00B467C0">
        <w:rPr>
          <w:b/>
          <w:bCs/>
        </w:rPr>
        <w:t>Micro-Grants for Women &amp; Youth-Led Climate Action</w:t>
      </w:r>
    </w:p>
    <w:p w14:paraId="12A1BD8B" w14:textId="292F350F" w:rsidR="004E5798" w:rsidRPr="00B467C0" w:rsidRDefault="004E5798" w:rsidP="004E5798">
      <w:pPr>
        <w:spacing w:after="160" w:line="278" w:lineRule="auto"/>
        <w:jc w:val="both"/>
      </w:pPr>
      <w:r w:rsidRPr="00B467C0">
        <w:t xml:space="preserve">AKRSP invites applications from women-led and youth-led organizations, groups, and community-based initiatives in </w:t>
      </w:r>
      <w:r w:rsidR="00BE7BBA">
        <w:t>disaster prone areas of Upper and Lower Chitral</w:t>
      </w:r>
      <w:r w:rsidRPr="00B467C0">
        <w:t> for micro-grants of up to </w:t>
      </w:r>
      <w:r w:rsidRPr="00B467C0">
        <w:rPr>
          <w:b/>
          <w:bCs/>
        </w:rPr>
        <w:t>PKR 2</w:t>
      </w:r>
      <w:r w:rsidR="00BE7BBA">
        <w:rPr>
          <w:b/>
          <w:bCs/>
        </w:rPr>
        <w:t>5</w:t>
      </w:r>
      <w:r w:rsidRPr="00B467C0">
        <w:rPr>
          <w:b/>
          <w:bCs/>
        </w:rPr>
        <w:t>0,000</w:t>
      </w:r>
      <w:r w:rsidRPr="00B467C0">
        <w:t> each. This call aims to support locally driven, innovative, and practical solutions that contribute to the objective of </w:t>
      </w:r>
      <w:r w:rsidRPr="00B467C0">
        <w:rPr>
          <w:b/>
          <w:bCs/>
        </w:rPr>
        <w:t>enhancing the resilience of vulnerable mountain communities and their livelihoods to the impacts of climate change in Gilgit-Baltistan and Chitral</w:t>
      </w:r>
      <w:r w:rsidRPr="00B467C0">
        <w:t>.</w:t>
      </w:r>
    </w:p>
    <w:p w14:paraId="61F143ED" w14:textId="77777777" w:rsidR="004E5798" w:rsidRPr="00B467C0" w:rsidRDefault="004E5798" w:rsidP="004E5798">
      <w:pPr>
        <w:spacing w:after="160" w:line="278" w:lineRule="auto"/>
        <w:jc w:val="both"/>
      </w:pPr>
      <w:r w:rsidRPr="00B467C0">
        <w:t>This micro-grant initiative seeks to encourage women and youth to pilot ideas that promote environmental sustainability, climate-smart agriculture, improved farming practices, and community adaptation to changing climatic conditions. This micro-grant places particular emphasis on locally grounded solutions that integrate traditional knowledge with modern techniques, enabling participants to address challenges such as </w:t>
      </w:r>
      <w:r w:rsidRPr="00B467C0">
        <w:rPr>
          <w:b/>
          <w:bCs/>
        </w:rPr>
        <w:t>water scarcity, soil degradation, and unpredictable weather patterns. </w:t>
      </w:r>
      <w:r w:rsidRPr="00B467C0">
        <w:t>Through this initiative, women and young people are not only positioned as beneficiaries but as active agents of change, capable of leading efforts that strengthen community adaptation, enhance livelihoods, and promote long-term ecological balance.</w:t>
      </w:r>
    </w:p>
    <w:p w14:paraId="7FC7D168" w14:textId="77777777" w:rsidR="004E5798" w:rsidRPr="00B467C0" w:rsidRDefault="004E5798" w:rsidP="004E5798">
      <w:pPr>
        <w:spacing w:after="160" w:line="278" w:lineRule="auto"/>
        <w:jc w:val="both"/>
      </w:pPr>
      <w:r w:rsidRPr="00B467C0">
        <w:t>For example: To raise awareness on water supply problems and agricultural shortcomings, proposals can be regarding a series of exhibitions in the community where local people will be guided a through a series of pictures, paintings, videos or interactive material (i.e., mini-clay structures) how their agricultural system came to the point of destruction and in what ways the community can move forward in transforming and innovating their agricultural and water system. Moreover, applicants can also work on the pre-existing agricultural and water projects in their community and can propose innovation on them to further strengthen their sustainability.</w:t>
      </w:r>
    </w:p>
    <w:p w14:paraId="2FB97BB8" w14:textId="77777777" w:rsidR="004E5798" w:rsidRPr="00B467C0" w:rsidRDefault="004E5798" w:rsidP="004E5798">
      <w:pPr>
        <w:spacing w:after="160" w:line="278" w:lineRule="auto"/>
        <w:jc w:val="both"/>
      </w:pPr>
      <w:r w:rsidRPr="00B467C0">
        <w:t>Proposals should clearly demonstrate how the proposed activity will strengthen resilient livelihoods, sustainable agriculture, food diversity and local capacity in the target areas. </w:t>
      </w:r>
    </w:p>
    <w:p w14:paraId="79CBFBE9" w14:textId="2ED99BB8" w:rsidR="004E5798" w:rsidRPr="00B467C0" w:rsidRDefault="004E5798" w:rsidP="004E5798">
      <w:pPr>
        <w:spacing w:after="160" w:line="278" w:lineRule="auto"/>
        <w:jc w:val="both"/>
      </w:pPr>
      <w:r w:rsidRPr="00B467C0">
        <w:rPr>
          <w:b/>
          <w:bCs/>
        </w:rPr>
        <w:t>Eligibility Criteria:</w:t>
      </w:r>
    </w:p>
    <w:p w14:paraId="218C1115" w14:textId="77777777" w:rsidR="004E5798" w:rsidRPr="00B467C0" w:rsidRDefault="004E5798" w:rsidP="004E5798">
      <w:pPr>
        <w:numPr>
          <w:ilvl w:val="0"/>
          <w:numId w:val="11"/>
        </w:numPr>
        <w:spacing w:after="160" w:line="278" w:lineRule="auto"/>
        <w:jc w:val="both"/>
      </w:pPr>
      <w:r w:rsidRPr="00B467C0">
        <w:t>Eligible applicants must be women-led or youth-led.</w:t>
      </w:r>
    </w:p>
    <w:p w14:paraId="15781ACA" w14:textId="77777777" w:rsidR="004E5798" w:rsidRPr="00B467C0" w:rsidRDefault="004E5798" w:rsidP="004E5798">
      <w:pPr>
        <w:numPr>
          <w:ilvl w:val="0"/>
          <w:numId w:val="11"/>
        </w:numPr>
        <w:spacing w:after="160" w:line="278" w:lineRule="auto"/>
        <w:jc w:val="both"/>
      </w:pPr>
      <w:r w:rsidRPr="00B467C0">
        <w:t>Should have a demonstrated track record of working in environmental sustainability, climate-smart agriculture, or related farming innovations.</w:t>
      </w:r>
    </w:p>
    <w:p w14:paraId="3BA867C9" w14:textId="77777777" w:rsidR="004E5798" w:rsidRPr="00B467C0" w:rsidRDefault="004E5798" w:rsidP="004E5798">
      <w:pPr>
        <w:numPr>
          <w:ilvl w:val="0"/>
          <w:numId w:val="11"/>
        </w:numPr>
        <w:spacing w:after="160" w:line="278" w:lineRule="auto"/>
        <w:jc w:val="both"/>
      </w:pPr>
      <w:r w:rsidRPr="00B467C0">
        <w:t>Proposed activities must be feasible within a </w:t>
      </w:r>
      <w:r w:rsidRPr="00B467C0">
        <w:rPr>
          <w:b/>
          <w:bCs/>
        </w:rPr>
        <w:t>3–4-month</w:t>
      </w:r>
      <w:r w:rsidRPr="00B467C0">
        <w:t> implementation period, realistic within the grant ceiling, and aligned with community needs.</w:t>
      </w:r>
    </w:p>
    <w:p w14:paraId="46A270E5" w14:textId="77777777" w:rsidR="004E5798" w:rsidRPr="00B467C0" w:rsidRDefault="004E5798" w:rsidP="004E5798">
      <w:pPr>
        <w:numPr>
          <w:ilvl w:val="0"/>
          <w:numId w:val="11"/>
        </w:numPr>
        <w:spacing w:after="160" w:line="278" w:lineRule="auto"/>
        <w:jc w:val="both"/>
      </w:pPr>
      <w:r w:rsidRPr="00B467C0">
        <w:lastRenderedPageBreak/>
        <w:t>Ideas that promote sustainability, measurable benefits for vulnerable households, and community contribution will be given priority.</w:t>
      </w:r>
    </w:p>
    <w:p w14:paraId="60D1EA17" w14:textId="77777777" w:rsidR="004E5798" w:rsidRPr="00B467C0" w:rsidRDefault="004E5798" w:rsidP="004E5798">
      <w:pPr>
        <w:spacing w:after="160" w:line="278" w:lineRule="auto"/>
        <w:jc w:val="both"/>
      </w:pPr>
      <w:r w:rsidRPr="00B467C0">
        <w:t>Applications will be reviewed through a transparent and competitive selection process. Proposals will be assessed on </w:t>
      </w:r>
      <w:r w:rsidRPr="00B467C0">
        <w:rPr>
          <w:b/>
          <w:bCs/>
        </w:rPr>
        <w:t>innovation, effectiveness, feasibility, sustainability, and outreach</w:t>
      </w:r>
      <w:r w:rsidRPr="00B467C0">
        <w:t>. Only selected applicants will receive written notification.</w:t>
      </w:r>
    </w:p>
    <w:p w14:paraId="700E5995" w14:textId="7B5C20FE" w:rsidR="004E5798" w:rsidRDefault="004E5798" w:rsidP="004E5798">
      <w:pPr>
        <w:jc w:val="both"/>
      </w:pPr>
      <w:r w:rsidRPr="00B467C0">
        <w:t>This is an opportunity for women and youth to turn local knowledge and innovation into practical climate action and contribute to more resilient mountain livelihoods.</w:t>
      </w:r>
    </w:p>
    <w:p w14:paraId="63AA6B1F" w14:textId="77777777" w:rsidR="004E5798" w:rsidRPr="00815541" w:rsidRDefault="004E5798" w:rsidP="004E5798">
      <w:pPr>
        <w:jc w:val="both"/>
        <w:rPr>
          <w:rFonts w:ascii="Noto Nastaliq Urdu" w:hAnsi="Noto Nastaliq Urdu" w:cs="Noto Nastaliq Urdu"/>
        </w:rPr>
      </w:pPr>
    </w:p>
    <w:p w14:paraId="3285E48E" w14:textId="4D0D6A4A" w:rsidR="004E5798" w:rsidRPr="004E5798" w:rsidRDefault="004E5798" w:rsidP="004E5798">
      <w:pPr>
        <w:jc w:val="right"/>
        <w:rPr>
          <w:rFonts w:ascii="Noto Nastaliq Urdu" w:hAnsi="Noto Nastaliq Urdu" w:cs="Noto Nastaliq Urdu"/>
          <w:b/>
          <w:bCs/>
        </w:rPr>
      </w:pPr>
      <w:r w:rsidRPr="004E5798">
        <w:rPr>
          <w:rFonts w:ascii="Noto Nastaliq Urdu" w:hAnsi="Noto Nastaliq Urdu" w:cs="Noto Nastaliq Urdu"/>
          <w:b/>
          <w:bCs/>
          <w:rtl/>
        </w:rPr>
        <w:t>خواتین اور نوجوانوں کی زیر قیادت موسمیاتی طور پر موافق زرعی آئیڈیاز کے لیے مائیکرو گرانٹس</w:t>
      </w:r>
    </w:p>
    <w:p w14:paraId="2BE7BBAA" w14:textId="26F1F3F7" w:rsidR="004E5798" w:rsidRPr="00815541" w:rsidRDefault="004E5798" w:rsidP="004E5798">
      <w:pPr>
        <w:spacing w:after="160" w:line="278" w:lineRule="auto"/>
        <w:jc w:val="right"/>
        <w:rPr>
          <w:rFonts w:ascii="Noto Nastaliq Urdu" w:hAnsi="Noto Nastaliq Urdu" w:cs="Noto Nastaliq Urdu"/>
          <w:rtl/>
        </w:rPr>
      </w:pPr>
      <w:r>
        <w:rPr>
          <w:rFonts w:ascii="Noto Nastaliq Urdu" w:hAnsi="Noto Nastaliq Urdu" w:cs="Noto Nastaliq Urdu" w:hint="cs"/>
          <w:rtl/>
          <w:lang w:bidi="ur-PK"/>
        </w:rPr>
        <w:t>آغا خان رورل سپورٹ پروگرام (</w:t>
      </w:r>
      <w:r w:rsidRPr="00815541">
        <w:rPr>
          <w:rFonts w:ascii="Noto Nastaliq Urdu" w:hAnsi="Noto Nastaliq Urdu" w:cs="Noto Nastaliq Urdu"/>
          <w:rtl/>
        </w:rPr>
        <w:t>اے کے آر ایس پی</w:t>
      </w:r>
      <w:r>
        <w:rPr>
          <w:rFonts w:ascii="Noto Nastaliq Urdu" w:hAnsi="Noto Nastaliq Urdu" w:cs="Noto Nastaliq Urdu" w:hint="cs"/>
          <w:rtl/>
        </w:rPr>
        <w:t>)</w:t>
      </w:r>
      <w:r w:rsidRPr="00815541">
        <w:rPr>
          <w:rFonts w:ascii="Noto Nastaliq Urdu" w:hAnsi="Noto Nastaliq Urdu" w:cs="Noto Nastaliq Urdu"/>
          <w:rtl/>
        </w:rPr>
        <w:t xml:space="preserve"> </w:t>
      </w:r>
      <w:r w:rsidRPr="00BE7BBA">
        <w:rPr>
          <w:rFonts w:ascii="Noto Nastaliq Urdu" w:hAnsi="Noto Nastaliq Urdu" w:cs="Noto Nastaliq Urdu"/>
          <w:color w:val="EE0000"/>
          <w:rtl/>
        </w:rPr>
        <w:t xml:space="preserve">گلگت، ہنزہ </w:t>
      </w:r>
      <w:r w:rsidR="00D32745" w:rsidRPr="00BE7BBA">
        <w:rPr>
          <w:rFonts w:ascii="Noto Nastaliq Urdu" w:hAnsi="Noto Nastaliq Urdu" w:cs="Noto Nastaliq Urdu" w:hint="cs"/>
          <w:color w:val="EE0000"/>
          <w:rtl/>
          <w:lang w:bidi="ur-PK"/>
        </w:rPr>
        <w:t xml:space="preserve">، ‏‏غذر </w:t>
      </w:r>
      <w:r w:rsidRPr="00BE7BBA">
        <w:rPr>
          <w:rFonts w:ascii="Noto Nastaliq Urdu" w:hAnsi="Noto Nastaliq Urdu" w:cs="Noto Nastaliq Urdu"/>
          <w:color w:val="EE0000"/>
          <w:rtl/>
        </w:rPr>
        <w:t>اور نگر</w:t>
      </w:r>
      <w:r w:rsidRPr="00815541">
        <w:rPr>
          <w:rFonts w:ascii="Noto Nastaliq Urdu" w:hAnsi="Noto Nastaliq Urdu" w:cs="Noto Nastaliq Urdu"/>
          <w:rtl/>
        </w:rPr>
        <w:t xml:space="preserve"> کے مخصوص علاقوں میں خواتین اور نوجوانوں کی سربراہی میں چلنے والے اداروں، گرو</w:t>
      </w:r>
      <w:r>
        <w:rPr>
          <w:rFonts w:ascii="Noto Nastaliq Urdu" w:hAnsi="Noto Nastaliq Urdu" w:cs="Noto Nastaliq Urdu" w:hint="cs"/>
          <w:rtl/>
          <w:lang w:bidi="ur-PK"/>
        </w:rPr>
        <w:t>ہوں</w:t>
      </w:r>
      <w:r w:rsidRPr="00815541">
        <w:rPr>
          <w:rFonts w:ascii="Noto Nastaliq Urdu" w:hAnsi="Noto Nastaliq Urdu" w:cs="Noto Nastaliq Urdu"/>
          <w:rtl/>
        </w:rPr>
        <w:t xml:space="preserve"> اور مقامی تنظیموں سے چھوٹے فنڈز (مائیکرو گرانٹس) کے لیے درخواستیں طلب کرتا ہے۔ ہر کامیاب درخواست گزار ک </w:t>
      </w:r>
      <w:r w:rsidRPr="00BE7BBA">
        <w:rPr>
          <w:rFonts w:ascii="Noto Nastaliq Urdu" w:hAnsi="Noto Nastaliq Urdu" w:cs="Noto Nastaliq Urdu"/>
          <w:b/>
          <w:bCs/>
          <w:color w:val="EE0000"/>
          <w:rtl/>
        </w:rPr>
        <w:t>2 لاکھ روپے</w:t>
      </w:r>
      <w:r w:rsidRPr="00815541">
        <w:rPr>
          <w:rFonts w:ascii="Noto Nastaliq Urdu" w:hAnsi="Noto Nastaliq Urdu" w:cs="Noto Nastaliq Urdu"/>
          <w:rtl/>
        </w:rPr>
        <w:t xml:space="preserve"> تک کا فنڈ دیا جائے گا۔ اس کا مقصد ایسے مقامی، نئے اور عملی طریقوں کی مدد کرنا ہے جو گلگت بلتستان اور چترال کے پہاڑی علاقوں کے لوگوں اور ان کی روزی روٹی کو موسمیاتی تبدیلیوں (کلائمیٹ چینج) کے اثرات سے بچانے اور مضبوط بنانے میں مددگار ثابت ہوں۔</w:t>
      </w:r>
    </w:p>
    <w:p w14:paraId="19C5361D" w14:textId="152C2927" w:rsidR="004E5798" w:rsidRPr="00815541" w:rsidRDefault="004E5798" w:rsidP="009F6D8F">
      <w:pPr>
        <w:spacing w:after="160" w:line="278" w:lineRule="auto"/>
        <w:jc w:val="right"/>
        <w:rPr>
          <w:rFonts w:ascii="Noto Nastaliq Urdu" w:hAnsi="Noto Nastaliq Urdu" w:cs="Noto Nastaliq Urdu"/>
          <w:rtl/>
        </w:rPr>
      </w:pPr>
      <w:r w:rsidRPr="00815541">
        <w:rPr>
          <w:rFonts w:ascii="Noto Nastaliq Urdu" w:hAnsi="Noto Nastaliq Urdu" w:cs="Noto Nastaliq Urdu"/>
          <w:rtl/>
        </w:rPr>
        <w:t xml:space="preserve">اس فنڈ کا مقصد خواتین اور نوجوانوں کی حوصلہ افزائی کرنا ہے تاکہ وہ ایسے نئے </w:t>
      </w:r>
      <w:r>
        <w:rPr>
          <w:rFonts w:ascii="Noto Nastaliq Urdu" w:hAnsi="Noto Nastaliq Urdu" w:cs="Noto Nastaliq Urdu" w:hint="cs"/>
          <w:rtl/>
        </w:rPr>
        <w:t xml:space="preserve"> تجاویز  (</w:t>
      </w:r>
      <w:r w:rsidRPr="00815541">
        <w:rPr>
          <w:rFonts w:ascii="Noto Nastaliq Urdu" w:hAnsi="Noto Nastaliq Urdu" w:cs="Noto Nastaliq Urdu"/>
          <w:rtl/>
        </w:rPr>
        <w:t>آئیڈیاز</w:t>
      </w:r>
      <w:r>
        <w:rPr>
          <w:rFonts w:ascii="Noto Nastaliq Urdu" w:hAnsi="Noto Nastaliq Urdu" w:cs="Noto Nastaliq Urdu" w:hint="cs"/>
          <w:rtl/>
        </w:rPr>
        <w:t>)</w:t>
      </w:r>
      <w:r w:rsidRPr="00815541">
        <w:rPr>
          <w:rFonts w:ascii="Noto Nastaliq Urdu" w:hAnsi="Noto Nastaliq Urdu" w:cs="Noto Nastaliq Urdu"/>
          <w:rtl/>
        </w:rPr>
        <w:t xml:space="preserve"> پر کام کریں جو ماحول کو بہتر بنانے، جدید زراعت، کھیتی باڑی کے بہتر طریقوں اور بدلتے موسموں کے مطابق خود کو ڈھالنے میں مدد دیں۔ اس فنڈ میں خاص طور پر ان مقامی طریقوں پر توجہ دی جائے گی جو پرانی سمجھ بوجھ اور جدید ٹیکنالوجی کو ملا کر بنائے گئے ہوں، تاکہ لوگ پانی کی کمی، مٹی کی خرابی اور موسم کے بدلتے مزاج جیسے مسائل کا حل نکال سکیں۔ اس کام کے ذریعے خواتین اور نوجوان نہ صرف اس فنڈ سے فائدہ اٹھائیں گے بلکہ خود آگے بڑھ کر ایسی کوششوں کی قیادت کریں گے جو پورے علاقے کی روزی روٹی اور ماحول کو بہتر بنا سکیں۔</w:t>
      </w:r>
    </w:p>
    <w:p w14:paraId="2726BD43" w14:textId="52084624" w:rsidR="004E5798" w:rsidRPr="00815541" w:rsidRDefault="004E5798" w:rsidP="004E5798">
      <w:pPr>
        <w:spacing w:after="160" w:line="278" w:lineRule="auto"/>
        <w:jc w:val="right"/>
        <w:rPr>
          <w:rFonts w:ascii="Noto Nastaliq Urdu" w:hAnsi="Noto Nastaliq Urdu" w:cs="Noto Nastaliq Urdu"/>
          <w:b/>
          <w:bCs/>
          <w:rtl/>
        </w:rPr>
      </w:pPr>
      <w:r w:rsidRPr="00815541">
        <w:rPr>
          <w:rFonts w:ascii="Noto Nastaliq Urdu" w:hAnsi="Noto Nastaliq Urdu" w:cs="Noto Nastaliq Urdu"/>
          <w:b/>
          <w:bCs/>
          <w:rtl/>
        </w:rPr>
        <w:t>مثال کے طور پر</w:t>
      </w:r>
    </w:p>
    <w:p w14:paraId="6599D584" w14:textId="77777777" w:rsidR="004E5798" w:rsidRPr="00815541" w:rsidRDefault="004E5798" w:rsidP="004E5798">
      <w:pPr>
        <w:spacing w:after="160" w:line="278" w:lineRule="auto"/>
        <w:jc w:val="right"/>
        <w:rPr>
          <w:rFonts w:ascii="Noto Nastaliq Urdu" w:hAnsi="Noto Nastaliq Urdu" w:cs="Noto Nastaliq Urdu"/>
          <w:rtl/>
        </w:rPr>
      </w:pPr>
      <w:r w:rsidRPr="00815541">
        <w:rPr>
          <w:rFonts w:ascii="Noto Nastaliq Urdu" w:hAnsi="Noto Nastaliq Urdu" w:cs="Noto Nastaliq Urdu"/>
          <w:rtl/>
        </w:rPr>
        <w:t>پانی کے مسائل اور کھیتی باڑی کے نقصانات کے بارے میں لوگوں میں شعور بیدار کرنے کے لیے ایسی تجاویز (پروپوزل) دی جا سکتی ہیں جن میں مقامی لوگوں کے لیے نمائشوں کا انعقاد کیا جائے۔ ان نمائشوں میں تصویروں، پینٹنگز، ویڈیوز یا مٹی کے چھوٹے ماڈلز کے ذریعے لوگوں کو سمجھایا جائے کہ ان کا زراعت کا نظام کیسے خراب ہوا اور وہ اسے بہتر بنانے اور پانی کے نظام کو جدید کرنے کے لیے کیا کر سکتے ہیں۔ اس کے علاوہ، درخواست گزار اپنے علاقے میں پہلے سے موجود پانی اور زراعت کے منصوبوں کو بہتر بنانے اور انہیں زیادہ پائیدار بنانے کے لیے بھی نئے آئیڈیاز پیش کر سکتے ہیں۔</w:t>
      </w:r>
    </w:p>
    <w:p w14:paraId="59A12149" w14:textId="77777777" w:rsidR="004E5798" w:rsidRPr="00815541" w:rsidRDefault="004E5798" w:rsidP="004E5798">
      <w:pPr>
        <w:spacing w:after="160" w:line="278" w:lineRule="auto"/>
        <w:jc w:val="right"/>
        <w:rPr>
          <w:rFonts w:ascii="Noto Nastaliq Urdu" w:hAnsi="Noto Nastaliq Urdu" w:cs="Noto Nastaliq Urdu"/>
          <w:rtl/>
        </w:rPr>
      </w:pPr>
      <w:r w:rsidRPr="00815541">
        <w:rPr>
          <w:rFonts w:ascii="Noto Nastaliq Urdu" w:hAnsi="Noto Nastaliq Urdu" w:cs="Noto Nastaliq Urdu"/>
          <w:rtl/>
        </w:rPr>
        <w:t>تجاویز میں واضح طور پر بتایا جانا چاہیے کہ آپ کا مجوزہ کام کس طرح علاقے میں روزگار، پائیدار زراعت، خوراک کے تنوع اور مقامی لوگوں کی مہارت کو بہتر بنانے میں مدد کرے گا۔</w:t>
      </w:r>
    </w:p>
    <w:p w14:paraId="1586E2C9" w14:textId="77777777" w:rsidR="004E5798" w:rsidRPr="00815541" w:rsidRDefault="004E5798" w:rsidP="004E5798">
      <w:pPr>
        <w:spacing w:after="160" w:line="278" w:lineRule="auto"/>
        <w:jc w:val="right"/>
        <w:rPr>
          <w:rFonts w:ascii="Noto Nastaliq Urdu" w:hAnsi="Noto Nastaliq Urdu" w:cs="Noto Nastaliq Urdu"/>
          <w:b/>
          <w:bCs/>
          <w:rtl/>
        </w:rPr>
      </w:pPr>
      <w:r w:rsidRPr="00815541">
        <w:rPr>
          <w:rFonts w:ascii="Noto Nastaliq Urdu" w:hAnsi="Noto Nastaliq Urdu" w:cs="Noto Nastaliq Urdu"/>
          <w:b/>
          <w:bCs/>
          <w:rtl/>
        </w:rPr>
        <w:t>کون اپلائی کر سکتا ہے؟ (اہلیت کا معیار):</w:t>
      </w:r>
    </w:p>
    <w:p w14:paraId="72B6F6C2" w14:textId="77777777" w:rsidR="004E5798" w:rsidRPr="00815541" w:rsidRDefault="004E5798" w:rsidP="004E5798">
      <w:pPr>
        <w:spacing w:after="160" w:line="278" w:lineRule="auto"/>
        <w:ind w:left="360"/>
        <w:jc w:val="right"/>
        <w:rPr>
          <w:rFonts w:ascii="Noto Nastaliq Urdu" w:hAnsi="Noto Nastaliq Urdu" w:cs="Noto Nastaliq Urdu"/>
        </w:rPr>
      </w:pPr>
      <w:r w:rsidRPr="00815541">
        <w:rPr>
          <w:rFonts w:ascii="Noto Nastaliq Urdu" w:hAnsi="Noto Nastaliq Urdu" w:cs="Noto Nastaliq Urdu"/>
          <w:rtl/>
        </w:rPr>
        <w:lastRenderedPageBreak/>
        <w:t xml:space="preserve">درخواست دینے والے گروپ یا ادارے کی سربراہی لازمی طور پر کسی </w:t>
      </w:r>
      <w:r w:rsidRPr="00815541">
        <w:rPr>
          <w:rFonts w:ascii="Noto Nastaliq Urdu" w:hAnsi="Noto Nastaliq Urdu" w:cs="Noto Nastaliq Urdu"/>
          <w:b/>
          <w:bCs/>
          <w:rtl/>
        </w:rPr>
        <w:t>خاتون یا نوجوان</w:t>
      </w:r>
      <w:r w:rsidRPr="00815541">
        <w:rPr>
          <w:rFonts w:ascii="Noto Nastaliq Urdu" w:hAnsi="Noto Nastaliq Urdu" w:cs="Noto Nastaliq Urdu"/>
          <w:rtl/>
        </w:rPr>
        <w:t xml:space="preserve"> کے ہاتھ میں ہو۔</w:t>
      </w:r>
      <w:r>
        <w:rPr>
          <w:rFonts w:ascii="Noto Nastaliq Urdu" w:hAnsi="Noto Nastaliq Urdu" w:cs="Noto Nastaliq Urdu"/>
        </w:rPr>
        <w:t xml:space="preserve"> </w:t>
      </w:r>
      <w:r>
        <w:rPr>
          <w:rFonts w:ascii="Noto Nastaliq Urdu" w:hAnsi="Noto Nastaliq Urdu" w:cs="Noto Nastaliq Urdu" w:hint="cs"/>
          <w:rtl/>
        </w:rPr>
        <w:t>۔</w:t>
      </w:r>
      <w:r>
        <w:rPr>
          <w:rFonts w:ascii="Noto Nastaliq Urdu" w:hAnsi="Noto Nastaliq Urdu" w:cs="Noto Nastaliq Urdu"/>
        </w:rPr>
        <w:t>1</w:t>
      </w:r>
    </w:p>
    <w:p w14:paraId="70256417" w14:textId="77777777" w:rsidR="004E5798" w:rsidRPr="00815541" w:rsidRDefault="004E5798" w:rsidP="004E5798">
      <w:pPr>
        <w:spacing w:after="160" w:line="278" w:lineRule="auto"/>
        <w:ind w:left="360"/>
        <w:jc w:val="right"/>
        <w:rPr>
          <w:rFonts w:ascii="Noto Nastaliq Urdu" w:hAnsi="Noto Nastaliq Urdu" w:cs="Noto Nastaliq Urdu"/>
          <w:rtl/>
        </w:rPr>
      </w:pPr>
      <w:r>
        <w:rPr>
          <w:rFonts w:ascii="Noto Nastaliq Urdu" w:hAnsi="Noto Nastaliq Urdu" w:cs="Noto Nastaliq Urdu" w:hint="cs"/>
          <w:rtl/>
        </w:rPr>
        <w:t xml:space="preserve">2۔ </w:t>
      </w:r>
      <w:r w:rsidRPr="00815541">
        <w:rPr>
          <w:rFonts w:ascii="Noto Nastaliq Urdu" w:hAnsi="Noto Nastaliq Urdu" w:cs="Noto Nastaliq Urdu"/>
          <w:rtl/>
        </w:rPr>
        <w:t>ماحول کو بہتر بنانے، جدید زراعت یا کھیتی باڑی کے نئے طریقوں پر پہلے سے کام کرنے کا تجربہ (ریکارڈ) ہو۔</w:t>
      </w:r>
      <w:r>
        <w:rPr>
          <w:rFonts w:ascii="Noto Nastaliq Urdu" w:hAnsi="Noto Nastaliq Urdu" w:cs="Noto Nastaliq Urdu"/>
        </w:rPr>
        <w:t xml:space="preserve"> </w:t>
      </w:r>
    </w:p>
    <w:p w14:paraId="657DAAAF" w14:textId="77777777" w:rsidR="004E5798" w:rsidRPr="00815541" w:rsidRDefault="004E5798" w:rsidP="004E5798">
      <w:pPr>
        <w:spacing w:after="160" w:line="278" w:lineRule="auto"/>
        <w:ind w:left="360"/>
        <w:jc w:val="right"/>
        <w:rPr>
          <w:rFonts w:ascii="Noto Nastaliq Urdu" w:hAnsi="Noto Nastaliq Urdu" w:cs="Noto Nastaliq Urdu"/>
          <w:rtl/>
        </w:rPr>
      </w:pPr>
      <w:r>
        <w:rPr>
          <w:rFonts w:ascii="Noto Nastaliq Urdu" w:hAnsi="Noto Nastaliq Urdu" w:cs="Noto Nastaliq Urdu" w:hint="cs"/>
          <w:rtl/>
        </w:rPr>
        <w:t xml:space="preserve">3۔ </w:t>
      </w:r>
      <w:r w:rsidRPr="00815541">
        <w:rPr>
          <w:rFonts w:ascii="Noto Nastaliq Urdu" w:hAnsi="Noto Nastaliq Urdu" w:cs="Noto Nastaliq Urdu"/>
          <w:rtl/>
        </w:rPr>
        <w:t xml:space="preserve">مجوزہ کام ایسا ہو جو </w:t>
      </w:r>
      <w:r w:rsidRPr="00815541">
        <w:rPr>
          <w:rFonts w:ascii="Noto Nastaliq Urdu" w:hAnsi="Noto Nastaliq Urdu" w:cs="Noto Nastaliq Urdu"/>
          <w:b/>
          <w:bCs/>
          <w:rtl/>
        </w:rPr>
        <w:t>3 سے 4 مہینوں</w:t>
      </w:r>
      <w:r w:rsidRPr="00815541">
        <w:rPr>
          <w:rFonts w:ascii="Noto Nastaliq Urdu" w:hAnsi="Noto Nastaliq Urdu" w:cs="Noto Nastaliq Urdu"/>
          <w:rtl/>
        </w:rPr>
        <w:t xml:space="preserve"> کے اندر اندر مکمل ہو سکے، بجٹ کے اندر ہو اور جس کی علاقے کے لوگوں کو واقعی ضرورت ہو۔</w:t>
      </w:r>
    </w:p>
    <w:p w14:paraId="2109DDCF" w14:textId="77777777" w:rsidR="004E5798" w:rsidRPr="00815541" w:rsidRDefault="004E5798" w:rsidP="004E5798">
      <w:pPr>
        <w:spacing w:after="160" w:line="278" w:lineRule="auto"/>
        <w:ind w:left="360"/>
        <w:jc w:val="right"/>
        <w:rPr>
          <w:rFonts w:ascii="Noto Nastaliq Urdu" w:hAnsi="Noto Nastaliq Urdu" w:cs="Noto Nastaliq Urdu"/>
          <w:rtl/>
        </w:rPr>
      </w:pPr>
      <w:r>
        <w:rPr>
          <w:rFonts w:ascii="Noto Nastaliq Urdu" w:hAnsi="Noto Nastaliq Urdu" w:cs="Noto Nastaliq Urdu" w:hint="cs"/>
          <w:rtl/>
        </w:rPr>
        <w:t xml:space="preserve">4۔ </w:t>
      </w:r>
      <w:r w:rsidRPr="00815541">
        <w:rPr>
          <w:rFonts w:ascii="Noto Nastaliq Urdu" w:hAnsi="Noto Nastaliq Urdu" w:cs="Noto Nastaliq Urdu"/>
          <w:rtl/>
        </w:rPr>
        <w:t>ایسے آئیڈیاز کو ترجیح دی جائے گی جو دیرپا ہوں، جن سے غریب گھرانوں کو واضح فائدہ پہنچے اور جن میں مقامی لوگ خود بھی حصہ لیں۔</w:t>
      </w:r>
    </w:p>
    <w:p w14:paraId="128F06B3" w14:textId="359A5A61" w:rsidR="004E5798" w:rsidRDefault="004E5798" w:rsidP="004E5798">
      <w:pPr>
        <w:spacing w:after="160" w:line="278" w:lineRule="auto"/>
        <w:jc w:val="right"/>
        <w:rPr>
          <w:rFonts w:ascii="Noto Nastaliq Urdu" w:hAnsi="Noto Nastaliq Urdu" w:cs="Noto Nastaliq Urdu"/>
          <w:rtl/>
        </w:rPr>
      </w:pPr>
      <w:r w:rsidRPr="00815541">
        <w:rPr>
          <w:rFonts w:ascii="Noto Nastaliq Urdu" w:hAnsi="Noto Nastaliq Urdu" w:cs="Noto Nastaliq Urdu"/>
          <w:rtl/>
        </w:rPr>
        <w:t>درخواستوں کی جانچ پڑتال بالکل صاف اور شفاف طریقے سے کی جائے گی۔ یہ دیکھا جائے گا کہ آپ کا آئیڈیا کتنا نیا، اثر انگیز، عملی اور فائدہ مند ہے۔ صرف منتخب ہونے والے لوگوں کو ہی تحریری طور پر مطلع کیا جائے گا۔ یہ خواتین اور نوجوانوں کے لیے ایک بہترین موقع ہے کہ وہ اپنی مقامی سمجھ بوجھ اور نئے خیالات کو عملی شکل دے کر موسم کے برے اثرات کا مقابلہ کریں اور پہاڑی علاقوں کی زندگی کو بہتر بنائیں۔</w:t>
      </w:r>
    </w:p>
    <w:p w14:paraId="32231170" w14:textId="33FE8175" w:rsidR="004E5798" w:rsidRPr="004E5798" w:rsidRDefault="004E5798" w:rsidP="004E5798">
      <w:pPr>
        <w:rPr>
          <w:rFonts w:ascii="Noto Nastaliq Urdu" w:hAnsi="Noto Nastaliq Urdu" w:cs="Noto Nastaliq Urdu"/>
        </w:rPr>
      </w:pPr>
      <w:r>
        <w:rPr>
          <w:rFonts w:ascii="Noto Nastaliq Urdu" w:hAnsi="Noto Nastaliq Urdu" w:cs="Noto Nastaliq Urdu"/>
          <w:rtl/>
        </w:rPr>
        <w:br w:type="page"/>
      </w:r>
    </w:p>
    <w:p w14:paraId="4E982D85" w14:textId="26E78AD8" w:rsidR="006A3D3D" w:rsidRPr="004E5798" w:rsidRDefault="004E5798" w:rsidP="004E5798">
      <w:pPr>
        <w:pStyle w:val="ListParagraph"/>
        <w:numPr>
          <w:ilvl w:val="0"/>
          <w:numId w:val="10"/>
        </w:numPr>
        <w:rPr>
          <w:b/>
          <w:bCs/>
        </w:rPr>
      </w:pPr>
      <w:r w:rsidRPr="004E5798">
        <w:rPr>
          <w:b/>
          <w:bCs/>
        </w:rPr>
        <w:lastRenderedPageBreak/>
        <w:t xml:space="preserve">Information Applicant/ </w:t>
      </w:r>
      <w:proofErr w:type="spellStart"/>
      <w:r w:rsidRPr="004E5798">
        <w:rPr>
          <w:rFonts w:ascii="Times New Roman" w:hAnsi="Times New Roman" w:cs="Times New Roman"/>
          <w:b/>
          <w:bCs/>
        </w:rPr>
        <w:t>درخواست</w:t>
      </w:r>
      <w:proofErr w:type="spellEnd"/>
      <w:r w:rsidRPr="004E5798">
        <w:rPr>
          <w:b/>
          <w:bCs/>
        </w:rPr>
        <w:t xml:space="preserve"> </w:t>
      </w:r>
      <w:proofErr w:type="spellStart"/>
      <w:r w:rsidRPr="004E5798">
        <w:rPr>
          <w:rFonts w:ascii="Times New Roman" w:hAnsi="Times New Roman" w:cs="Times New Roman"/>
          <w:b/>
          <w:bCs/>
        </w:rPr>
        <w:t>گزار</w:t>
      </w:r>
      <w:proofErr w:type="spellEnd"/>
      <w:r w:rsidRPr="004E5798">
        <w:rPr>
          <w:b/>
          <w:bCs/>
        </w:rPr>
        <w:t xml:space="preserve"> </w:t>
      </w:r>
      <w:proofErr w:type="spellStart"/>
      <w:r w:rsidRPr="004E5798">
        <w:rPr>
          <w:rFonts w:ascii="Times New Roman" w:hAnsi="Times New Roman" w:cs="Times New Roman"/>
          <w:b/>
          <w:bCs/>
        </w:rPr>
        <w:t>کی</w:t>
      </w:r>
      <w:proofErr w:type="spellEnd"/>
      <w:r w:rsidRPr="004E5798">
        <w:rPr>
          <w:b/>
          <w:bCs/>
        </w:rPr>
        <w:t xml:space="preserve"> </w:t>
      </w:r>
      <w:proofErr w:type="spellStart"/>
      <w:r w:rsidRPr="004E5798">
        <w:rPr>
          <w:rFonts w:ascii="Times New Roman" w:hAnsi="Times New Roman" w:cs="Times New Roman"/>
          <w:b/>
          <w:bCs/>
        </w:rPr>
        <w:t>معلومات</w:t>
      </w:r>
      <w:proofErr w:type="spellEnd"/>
      <w:r w:rsidRPr="004E5798">
        <w:rPr>
          <w:b/>
          <w:bCs/>
        </w:rPr>
        <w:t xml:space="preserve"> </w:t>
      </w:r>
    </w:p>
    <w:p w14:paraId="3F171CA9" w14:textId="6D0F113F" w:rsidR="006A3D3D" w:rsidRDefault="00000000">
      <w:r>
        <w:t>Name of Organization/</w:t>
      </w:r>
      <w:proofErr w:type="gramStart"/>
      <w:r>
        <w:t>Group:ادارے</w:t>
      </w:r>
      <w:proofErr w:type="gramEnd"/>
      <w:r>
        <w:t>/</w:t>
      </w:r>
      <w:proofErr w:type="spellStart"/>
      <w:r>
        <w:t>گروپ</w:t>
      </w:r>
      <w:proofErr w:type="spellEnd"/>
      <w:r>
        <w:t xml:space="preserve"> </w:t>
      </w:r>
      <w:proofErr w:type="spellStart"/>
      <w:r>
        <w:t>کا</w:t>
      </w:r>
      <w:proofErr w:type="spellEnd"/>
      <w:r>
        <w:t xml:space="preserve"> </w:t>
      </w:r>
      <w:proofErr w:type="spellStart"/>
      <w:r>
        <w:t>نام</w:t>
      </w:r>
      <w:proofErr w:type="spellEnd"/>
      <w:r w:rsidR="004E5798">
        <w:rPr>
          <w:rFonts w:hint="cs"/>
          <w:rtl/>
        </w:rPr>
        <w:t xml:space="preserve">   </w:t>
      </w:r>
    </w:p>
    <w:p w14:paraId="74B354F6" w14:textId="77777777" w:rsidR="006A3D3D" w:rsidRDefault="00000000">
      <w:r>
        <w:t>____________________________________________</w:t>
      </w:r>
    </w:p>
    <w:p w14:paraId="1ECF4BD8" w14:textId="73F30E1E" w:rsidR="006A3D3D" w:rsidRDefault="00000000">
      <w:r>
        <w:t>Type of Applica</w:t>
      </w:r>
      <w:r w:rsidR="004E5798">
        <w:t xml:space="preserve">tion </w:t>
      </w:r>
      <w:proofErr w:type="spellStart"/>
      <w:r>
        <w:t>درخواست</w:t>
      </w:r>
      <w:proofErr w:type="spellEnd"/>
      <w:r>
        <w:t xml:space="preserve"> </w:t>
      </w:r>
      <w:proofErr w:type="spellStart"/>
      <w:r>
        <w:t>گزار</w:t>
      </w:r>
      <w:proofErr w:type="spellEnd"/>
      <w:r>
        <w:t xml:space="preserve"> </w:t>
      </w:r>
      <w:proofErr w:type="spellStart"/>
      <w:r>
        <w:t>کی</w:t>
      </w:r>
      <w:proofErr w:type="spellEnd"/>
      <w:r>
        <w:t xml:space="preserve"> </w:t>
      </w:r>
      <w:proofErr w:type="spellStart"/>
      <w:r>
        <w:t>قسم</w:t>
      </w:r>
      <w:proofErr w:type="spellEnd"/>
    </w:p>
    <w:p w14:paraId="119D554B" w14:textId="2AA329FC" w:rsidR="006A3D3D" w:rsidRDefault="00000000">
      <w:r>
        <w:t xml:space="preserve">☐ </w:t>
      </w:r>
      <w:proofErr w:type="spellStart"/>
      <w:r>
        <w:t>خواتین</w:t>
      </w:r>
      <w:proofErr w:type="spellEnd"/>
      <w:r>
        <w:t xml:space="preserve"> </w:t>
      </w:r>
      <w:proofErr w:type="spellStart"/>
      <w:r>
        <w:t>کی</w:t>
      </w:r>
      <w:proofErr w:type="spellEnd"/>
      <w:r>
        <w:t xml:space="preserve"> </w:t>
      </w:r>
      <w:proofErr w:type="spellStart"/>
      <w:r>
        <w:t>زیر</w:t>
      </w:r>
      <w:proofErr w:type="spellEnd"/>
      <w:r>
        <w:t xml:space="preserve"> </w:t>
      </w:r>
      <w:proofErr w:type="spellStart"/>
      <w:r>
        <w:t>قیادت</w:t>
      </w:r>
      <w:proofErr w:type="spellEnd"/>
      <w:r>
        <w:t xml:space="preserve"> /Women</w:t>
      </w:r>
      <w:r w:rsidR="004E5798">
        <w:t>-led</w:t>
      </w:r>
    </w:p>
    <w:p w14:paraId="5BDDDE15" w14:textId="21D95794" w:rsidR="006A3D3D" w:rsidRDefault="00000000">
      <w:r>
        <w:t xml:space="preserve">☐ </w:t>
      </w:r>
      <w:proofErr w:type="spellStart"/>
      <w:r>
        <w:t>نوجوانوں</w:t>
      </w:r>
      <w:proofErr w:type="spellEnd"/>
      <w:r>
        <w:t xml:space="preserve"> </w:t>
      </w:r>
      <w:proofErr w:type="spellStart"/>
      <w:r>
        <w:t>کی</w:t>
      </w:r>
      <w:proofErr w:type="spellEnd"/>
      <w:r>
        <w:t xml:space="preserve"> </w:t>
      </w:r>
      <w:proofErr w:type="spellStart"/>
      <w:r>
        <w:t>زیر</w:t>
      </w:r>
      <w:proofErr w:type="spellEnd"/>
      <w:r>
        <w:t xml:space="preserve"> </w:t>
      </w:r>
      <w:proofErr w:type="spellStart"/>
      <w:r>
        <w:t>قیادت</w:t>
      </w:r>
      <w:proofErr w:type="spellEnd"/>
      <w:r>
        <w:t xml:space="preserve"> / </w:t>
      </w:r>
      <w:r w:rsidR="004E5798">
        <w:t>Youth-</w:t>
      </w:r>
      <w:r>
        <w:t>led</w:t>
      </w:r>
    </w:p>
    <w:p w14:paraId="699DC28A" w14:textId="77777777" w:rsidR="006A3D3D" w:rsidRDefault="00000000">
      <w:r>
        <w:t xml:space="preserve">Registration Status: </w:t>
      </w:r>
      <w:proofErr w:type="spellStart"/>
      <w:r>
        <w:t>رجسٹریشن</w:t>
      </w:r>
      <w:proofErr w:type="spellEnd"/>
      <w:r>
        <w:t xml:space="preserve"> </w:t>
      </w:r>
      <w:proofErr w:type="spellStart"/>
      <w:r>
        <w:t>اسٹیٹس</w:t>
      </w:r>
      <w:proofErr w:type="spellEnd"/>
    </w:p>
    <w:p w14:paraId="643D0C16" w14:textId="77777777" w:rsidR="006A3D3D" w:rsidRDefault="00000000">
      <w:r>
        <w:t xml:space="preserve">☐ </w:t>
      </w:r>
      <w:proofErr w:type="spellStart"/>
      <w:r>
        <w:t>رجسٹر</w:t>
      </w:r>
      <w:proofErr w:type="spellEnd"/>
      <w:r>
        <w:t xml:space="preserve"> </w:t>
      </w:r>
      <w:proofErr w:type="spellStart"/>
      <w:r>
        <w:t>شدہ</w:t>
      </w:r>
      <w:proofErr w:type="spellEnd"/>
      <w:r>
        <w:t xml:space="preserve"> / Registered</w:t>
      </w:r>
    </w:p>
    <w:p w14:paraId="15058DAC" w14:textId="77777777" w:rsidR="006A3D3D" w:rsidRDefault="00000000">
      <w:r>
        <w:t xml:space="preserve">☐ </w:t>
      </w:r>
      <w:proofErr w:type="spellStart"/>
      <w:r>
        <w:t>غیر</w:t>
      </w:r>
      <w:proofErr w:type="spellEnd"/>
      <w:r>
        <w:t xml:space="preserve"> </w:t>
      </w:r>
      <w:proofErr w:type="spellStart"/>
      <w:r>
        <w:t>رجسٹر</w:t>
      </w:r>
      <w:proofErr w:type="spellEnd"/>
      <w:r>
        <w:t xml:space="preserve"> </w:t>
      </w:r>
      <w:proofErr w:type="spellStart"/>
      <w:r>
        <w:t>شدہ</w:t>
      </w:r>
      <w:proofErr w:type="spellEnd"/>
      <w:r>
        <w:t xml:space="preserve"> / Unregistered</w:t>
      </w:r>
    </w:p>
    <w:p w14:paraId="1118C59F" w14:textId="74C246E8" w:rsidR="006A3D3D" w:rsidRPr="004E5798" w:rsidRDefault="004E5798" w:rsidP="004E5798">
      <w:pPr>
        <w:pStyle w:val="ListParagraph"/>
        <w:numPr>
          <w:ilvl w:val="0"/>
          <w:numId w:val="10"/>
        </w:numPr>
        <w:rPr>
          <w:b/>
          <w:bCs/>
        </w:rPr>
      </w:pPr>
      <w:r w:rsidRPr="004E5798">
        <w:rPr>
          <w:b/>
          <w:bCs/>
        </w:rPr>
        <w:t xml:space="preserve">Profile Organization/ </w:t>
      </w:r>
      <w:proofErr w:type="spellStart"/>
      <w:r w:rsidRPr="004E5798">
        <w:rPr>
          <w:rFonts w:ascii="Times New Roman" w:hAnsi="Times New Roman" w:cs="Times New Roman"/>
          <w:b/>
          <w:bCs/>
        </w:rPr>
        <w:t>ادارے</w:t>
      </w:r>
      <w:proofErr w:type="spellEnd"/>
      <w:r w:rsidRPr="004E5798">
        <w:rPr>
          <w:b/>
          <w:bCs/>
        </w:rPr>
        <w:t xml:space="preserve"> </w:t>
      </w:r>
      <w:proofErr w:type="spellStart"/>
      <w:r w:rsidRPr="004E5798">
        <w:rPr>
          <w:rFonts w:ascii="Times New Roman" w:hAnsi="Times New Roman" w:cs="Times New Roman"/>
          <w:b/>
          <w:bCs/>
        </w:rPr>
        <w:t>کا</w:t>
      </w:r>
      <w:proofErr w:type="spellEnd"/>
      <w:r w:rsidRPr="004E5798">
        <w:rPr>
          <w:b/>
          <w:bCs/>
        </w:rPr>
        <w:t xml:space="preserve"> </w:t>
      </w:r>
      <w:proofErr w:type="spellStart"/>
      <w:r w:rsidRPr="004E5798">
        <w:rPr>
          <w:rFonts w:ascii="Times New Roman" w:hAnsi="Times New Roman" w:cs="Times New Roman"/>
          <w:b/>
          <w:bCs/>
        </w:rPr>
        <w:t>تعارف</w:t>
      </w:r>
      <w:proofErr w:type="spellEnd"/>
    </w:p>
    <w:p w14:paraId="7E6218D5" w14:textId="648D55E5" w:rsidR="006A3D3D" w:rsidRDefault="00000000">
      <w:pPr>
        <w:rPr>
          <w:rtl/>
          <w:lang w:bidi="ur-PK"/>
        </w:rPr>
      </w:pPr>
      <w:r>
        <w:t>Brief introduction of your organization/group (2–3 lines</w:t>
      </w:r>
      <w:proofErr w:type="gramStart"/>
      <w:r>
        <w:t>):</w:t>
      </w:r>
      <w:proofErr w:type="spellStart"/>
      <w:r>
        <w:t>اپنے</w:t>
      </w:r>
      <w:proofErr w:type="spellEnd"/>
      <w:proofErr w:type="gramEnd"/>
      <w:r>
        <w:t xml:space="preserve"> </w:t>
      </w:r>
      <w:proofErr w:type="spellStart"/>
      <w:r>
        <w:t>ادارے</w:t>
      </w:r>
      <w:proofErr w:type="spellEnd"/>
      <w:r>
        <w:t>/</w:t>
      </w:r>
      <w:proofErr w:type="spellStart"/>
      <w:r>
        <w:t>گروپ</w:t>
      </w:r>
      <w:proofErr w:type="spellEnd"/>
      <w:r>
        <w:t xml:space="preserve"> </w:t>
      </w:r>
      <w:proofErr w:type="spellStart"/>
      <w:r>
        <w:t>کا</w:t>
      </w:r>
      <w:proofErr w:type="spellEnd"/>
      <w:r>
        <w:t xml:space="preserve"> </w:t>
      </w:r>
      <w:proofErr w:type="spellStart"/>
      <w:r>
        <w:t>مختصر</w:t>
      </w:r>
      <w:proofErr w:type="spellEnd"/>
      <w:r>
        <w:t xml:space="preserve"> تعارف2–3 </w:t>
      </w:r>
      <w:proofErr w:type="spellStart"/>
      <w:r>
        <w:t>لکیروں</w:t>
      </w:r>
      <w:proofErr w:type="spellEnd"/>
      <w:r>
        <w:t xml:space="preserve"> </w:t>
      </w:r>
      <w:proofErr w:type="spellStart"/>
      <w:r>
        <w:t>پر</w:t>
      </w:r>
      <w:proofErr w:type="spellEnd"/>
      <w:r>
        <w:t xml:space="preserve"> </w:t>
      </w:r>
      <w:proofErr w:type="spellStart"/>
      <w:r>
        <w:t>مشتمل</w:t>
      </w:r>
      <w:proofErr w:type="spellEnd"/>
    </w:p>
    <w:p w14:paraId="145FACCD" w14:textId="587926D7" w:rsidR="006A3D3D" w:rsidRDefault="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74ED0B" w14:textId="77777777" w:rsidR="006A3D3D" w:rsidRDefault="00000000">
      <w:r>
        <w:t xml:space="preserve">How long have you been working in the community? </w:t>
      </w:r>
      <w:proofErr w:type="spellStart"/>
      <w:r>
        <w:t>آپ</w:t>
      </w:r>
      <w:proofErr w:type="spellEnd"/>
      <w:r>
        <w:t xml:space="preserve"> </w:t>
      </w:r>
      <w:proofErr w:type="spellStart"/>
      <w:r>
        <w:t>کتنے</w:t>
      </w:r>
      <w:proofErr w:type="spellEnd"/>
      <w:r>
        <w:t xml:space="preserve"> </w:t>
      </w:r>
      <w:proofErr w:type="spellStart"/>
      <w:r>
        <w:t>عرصے</w:t>
      </w:r>
      <w:proofErr w:type="spellEnd"/>
      <w:r>
        <w:t xml:space="preserve"> </w:t>
      </w:r>
      <w:proofErr w:type="spellStart"/>
      <w:r>
        <w:t>سے</w:t>
      </w:r>
      <w:proofErr w:type="spellEnd"/>
      <w:r>
        <w:t xml:space="preserve"> </w:t>
      </w:r>
      <w:proofErr w:type="spellStart"/>
      <w:r>
        <w:t>کمیونٹی</w:t>
      </w:r>
      <w:proofErr w:type="spellEnd"/>
      <w:r>
        <w:t xml:space="preserve"> </w:t>
      </w:r>
      <w:proofErr w:type="spellStart"/>
      <w:r>
        <w:t>میں</w:t>
      </w:r>
      <w:proofErr w:type="spellEnd"/>
      <w:r>
        <w:t xml:space="preserve"> </w:t>
      </w:r>
      <w:proofErr w:type="spellStart"/>
      <w:r>
        <w:t>کام</w:t>
      </w:r>
      <w:proofErr w:type="spellEnd"/>
      <w:r>
        <w:t xml:space="preserve"> </w:t>
      </w:r>
      <w:proofErr w:type="spellStart"/>
      <w:r>
        <w:t>کر</w:t>
      </w:r>
      <w:proofErr w:type="spellEnd"/>
      <w:r>
        <w:t xml:space="preserve"> </w:t>
      </w:r>
      <w:proofErr w:type="spellStart"/>
      <w:r>
        <w:t>رہے</w:t>
      </w:r>
      <w:proofErr w:type="spellEnd"/>
      <w:r>
        <w:t xml:space="preserve"> </w:t>
      </w:r>
      <w:proofErr w:type="spellStart"/>
      <w:r>
        <w:t>ہیں</w:t>
      </w:r>
      <w:proofErr w:type="spellEnd"/>
      <w:r>
        <w:t>؟</w:t>
      </w:r>
    </w:p>
    <w:p w14:paraId="2900F1E1" w14:textId="77777777" w:rsidR="004E5798" w:rsidRDefault="004E5798" w:rsidP="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FDCEC8" w14:textId="77777777" w:rsidR="004E5798" w:rsidRDefault="004E5798">
      <w:pPr>
        <w:rPr>
          <w:rtl/>
        </w:rPr>
      </w:pPr>
    </w:p>
    <w:p w14:paraId="35DE323C" w14:textId="652058DC" w:rsidR="006A3D3D" w:rsidRDefault="00000000">
      <w:r>
        <w:t xml:space="preserve">What kind of work have you done related to agriculture, environment, or community development? </w:t>
      </w:r>
      <w:proofErr w:type="spellStart"/>
      <w:r>
        <w:t>زراعت</w:t>
      </w:r>
      <w:proofErr w:type="spellEnd"/>
      <w:r>
        <w:t xml:space="preserve">، </w:t>
      </w:r>
      <w:proofErr w:type="spellStart"/>
      <w:r>
        <w:t>ماحولیات</w:t>
      </w:r>
      <w:proofErr w:type="spellEnd"/>
      <w:r>
        <w:t xml:space="preserve"> </w:t>
      </w:r>
      <w:proofErr w:type="spellStart"/>
      <w:r>
        <w:t>یا</w:t>
      </w:r>
      <w:proofErr w:type="spellEnd"/>
      <w:r>
        <w:t xml:space="preserve"> </w:t>
      </w:r>
      <w:proofErr w:type="spellStart"/>
      <w:r>
        <w:t>کمیونٹی</w:t>
      </w:r>
      <w:proofErr w:type="spellEnd"/>
      <w:r>
        <w:t xml:space="preserve"> </w:t>
      </w:r>
      <w:proofErr w:type="spellStart"/>
      <w:r>
        <w:t>ڈویلپمنٹ</w:t>
      </w:r>
      <w:proofErr w:type="spellEnd"/>
      <w:r>
        <w:t xml:space="preserve"> </w:t>
      </w:r>
      <w:proofErr w:type="spellStart"/>
      <w:r>
        <w:t>سے</w:t>
      </w:r>
      <w:proofErr w:type="spellEnd"/>
      <w:r>
        <w:t xml:space="preserve"> </w:t>
      </w:r>
      <w:proofErr w:type="spellStart"/>
      <w:r>
        <w:t>متعلق</w:t>
      </w:r>
      <w:proofErr w:type="spellEnd"/>
      <w:r>
        <w:t xml:space="preserve"> </w:t>
      </w:r>
      <w:proofErr w:type="spellStart"/>
      <w:r>
        <w:t>آپ</w:t>
      </w:r>
      <w:proofErr w:type="spellEnd"/>
      <w:r>
        <w:t xml:space="preserve"> </w:t>
      </w:r>
      <w:proofErr w:type="spellStart"/>
      <w:r>
        <w:t>نے</w:t>
      </w:r>
      <w:proofErr w:type="spellEnd"/>
      <w:r>
        <w:t xml:space="preserve"> </w:t>
      </w:r>
      <w:proofErr w:type="spellStart"/>
      <w:r>
        <w:t>کیا</w:t>
      </w:r>
      <w:proofErr w:type="spellEnd"/>
      <w:r>
        <w:t xml:space="preserve"> </w:t>
      </w:r>
      <w:proofErr w:type="spellStart"/>
      <w:r>
        <w:t>کام</w:t>
      </w:r>
      <w:proofErr w:type="spellEnd"/>
      <w:r>
        <w:t xml:space="preserve"> </w:t>
      </w:r>
      <w:proofErr w:type="spellStart"/>
      <w:r>
        <w:t>کیا</w:t>
      </w:r>
      <w:proofErr w:type="spellEnd"/>
      <w:r>
        <w:t xml:space="preserve"> </w:t>
      </w:r>
      <w:proofErr w:type="spellStart"/>
      <w:r>
        <w:t>ہے</w:t>
      </w:r>
      <w:proofErr w:type="spellEnd"/>
      <w:r>
        <w:t>؟</w:t>
      </w:r>
    </w:p>
    <w:p w14:paraId="37F2A6D9" w14:textId="77777777" w:rsidR="004E5798" w:rsidRDefault="004E5798" w:rsidP="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B1A62D" w14:textId="3357F370" w:rsidR="006A3D3D" w:rsidRPr="004E5798" w:rsidRDefault="00000000" w:rsidP="004E5798">
      <w:pPr>
        <w:pStyle w:val="ListParagraph"/>
        <w:numPr>
          <w:ilvl w:val="0"/>
          <w:numId w:val="10"/>
        </w:numPr>
        <w:rPr>
          <w:b/>
          <w:bCs/>
        </w:rPr>
      </w:pPr>
      <w:r w:rsidRPr="004E5798">
        <w:rPr>
          <w:b/>
          <w:bCs/>
        </w:rPr>
        <w:lastRenderedPageBreak/>
        <w:t>Idea Proposed</w:t>
      </w:r>
      <w:r w:rsidR="004E5798">
        <w:rPr>
          <w:b/>
          <w:bCs/>
        </w:rPr>
        <w:t>/</w:t>
      </w:r>
      <w:r w:rsidR="004E5798" w:rsidRPr="004E5798">
        <w:rPr>
          <w:b/>
          <w:bCs/>
        </w:rPr>
        <w:t xml:space="preserve"> </w:t>
      </w:r>
      <w:proofErr w:type="spellStart"/>
      <w:r w:rsidR="004E5798" w:rsidRPr="004E5798">
        <w:rPr>
          <w:rFonts w:ascii="Times New Roman" w:hAnsi="Times New Roman" w:cs="Times New Roman"/>
          <w:b/>
          <w:bCs/>
        </w:rPr>
        <w:t>مجوزہ</w:t>
      </w:r>
      <w:proofErr w:type="spellEnd"/>
      <w:r w:rsidR="004E5798" w:rsidRPr="004E5798">
        <w:rPr>
          <w:b/>
          <w:bCs/>
        </w:rPr>
        <w:t xml:space="preserve"> </w:t>
      </w:r>
      <w:proofErr w:type="spellStart"/>
      <w:r w:rsidR="004E5798" w:rsidRPr="004E5798">
        <w:rPr>
          <w:rFonts w:ascii="Times New Roman" w:hAnsi="Times New Roman" w:cs="Times New Roman"/>
          <w:b/>
          <w:bCs/>
        </w:rPr>
        <w:t>آئیڈیا</w:t>
      </w:r>
      <w:proofErr w:type="spellEnd"/>
    </w:p>
    <w:p w14:paraId="4A40EA9B" w14:textId="16C220B5" w:rsidR="006A3D3D" w:rsidRDefault="00000000">
      <w:r>
        <w:t>Title of Proposal:</w:t>
      </w:r>
      <w:r w:rsidR="004E5798">
        <w:t xml:space="preserve"> </w:t>
      </w:r>
      <w:proofErr w:type="spellStart"/>
      <w:r>
        <w:t>منصوبے</w:t>
      </w:r>
      <w:proofErr w:type="spellEnd"/>
      <w:r>
        <w:t xml:space="preserve"> </w:t>
      </w:r>
      <w:proofErr w:type="spellStart"/>
      <w:r>
        <w:t>کا</w:t>
      </w:r>
      <w:proofErr w:type="spellEnd"/>
      <w:r>
        <w:t xml:space="preserve"> </w:t>
      </w:r>
      <w:proofErr w:type="spellStart"/>
      <w:r>
        <w:t>عنوان</w:t>
      </w:r>
      <w:proofErr w:type="spellEnd"/>
    </w:p>
    <w:p w14:paraId="3775297B" w14:textId="4FB29148" w:rsidR="006A3D3D" w:rsidRDefault="00000000">
      <w:r>
        <w:t>____________________________________________</w:t>
      </w:r>
      <w:r w:rsidR="004E5798">
        <w:t>______________________________________________________________________________________________________________________________________________________________________</w:t>
      </w:r>
    </w:p>
    <w:p w14:paraId="24C5201D" w14:textId="0AA03EB4" w:rsidR="006A3D3D" w:rsidRDefault="00000000">
      <w:r>
        <w:t xml:space="preserve">What problem are you trying to solve? </w:t>
      </w:r>
      <w:proofErr w:type="spellStart"/>
      <w:r>
        <w:t>آپ</w:t>
      </w:r>
      <w:proofErr w:type="spellEnd"/>
      <w:r>
        <w:t xml:space="preserve"> </w:t>
      </w:r>
      <w:proofErr w:type="spellStart"/>
      <w:r>
        <w:t>کس</w:t>
      </w:r>
      <w:proofErr w:type="spellEnd"/>
      <w:r>
        <w:t xml:space="preserve"> </w:t>
      </w:r>
      <w:proofErr w:type="spellStart"/>
      <w:r>
        <w:t>مسئلے</w:t>
      </w:r>
      <w:proofErr w:type="spellEnd"/>
      <w:r>
        <w:t xml:space="preserve"> </w:t>
      </w:r>
      <w:proofErr w:type="spellStart"/>
      <w:r>
        <w:t>کو</w:t>
      </w:r>
      <w:proofErr w:type="spellEnd"/>
      <w:r>
        <w:t xml:space="preserve"> </w:t>
      </w:r>
      <w:proofErr w:type="spellStart"/>
      <w:r>
        <w:t>حل</w:t>
      </w:r>
      <w:proofErr w:type="spellEnd"/>
      <w:r>
        <w:t xml:space="preserve"> </w:t>
      </w:r>
      <w:proofErr w:type="spellStart"/>
      <w:r>
        <w:t>کرنا</w:t>
      </w:r>
      <w:proofErr w:type="spellEnd"/>
      <w:r>
        <w:t xml:space="preserve"> </w:t>
      </w:r>
      <w:proofErr w:type="spellStart"/>
      <w:r>
        <w:t>چاہتے</w:t>
      </w:r>
      <w:proofErr w:type="spellEnd"/>
      <w:r>
        <w:t xml:space="preserve"> </w:t>
      </w:r>
      <w:proofErr w:type="spellStart"/>
      <w:r>
        <w:t>ہیں</w:t>
      </w:r>
      <w:proofErr w:type="spellEnd"/>
    </w:p>
    <w:p w14:paraId="1D6D7F83" w14:textId="77777777" w:rsidR="004E5798" w:rsidRDefault="004E5798" w:rsidP="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FF2EA8" w14:textId="2F149A0E" w:rsidR="006A3D3D" w:rsidRDefault="00000000">
      <w:r>
        <w:t>Describe your idea/activity in simple words:</w:t>
      </w:r>
      <w:r w:rsidR="004E5798">
        <w:t xml:space="preserve"> </w:t>
      </w:r>
      <w:proofErr w:type="spellStart"/>
      <w:r>
        <w:t>اپنے</w:t>
      </w:r>
      <w:proofErr w:type="spellEnd"/>
      <w:r>
        <w:t xml:space="preserve"> </w:t>
      </w:r>
      <w:proofErr w:type="spellStart"/>
      <w:r>
        <w:t>آئیڈیا</w:t>
      </w:r>
      <w:proofErr w:type="spellEnd"/>
      <w:r>
        <w:t>/</w:t>
      </w:r>
      <w:proofErr w:type="spellStart"/>
      <w:r>
        <w:t>سرگرمی</w:t>
      </w:r>
      <w:proofErr w:type="spellEnd"/>
      <w:r>
        <w:t xml:space="preserve"> </w:t>
      </w:r>
      <w:proofErr w:type="spellStart"/>
      <w:r>
        <w:t>کو</w:t>
      </w:r>
      <w:proofErr w:type="spellEnd"/>
      <w:r>
        <w:t xml:space="preserve"> </w:t>
      </w:r>
      <w:proofErr w:type="spellStart"/>
      <w:r>
        <w:t>سادہ</w:t>
      </w:r>
      <w:proofErr w:type="spellEnd"/>
      <w:r>
        <w:t xml:space="preserve"> </w:t>
      </w:r>
      <w:proofErr w:type="spellStart"/>
      <w:r>
        <w:t>الفاظ</w:t>
      </w:r>
      <w:proofErr w:type="spellEnd"/>
      <w:r>
        <w:t xml:space="preserve"> </w:t>
      </w:r>
      <w:proofErr w:type="spellStart"/>
      <w:r>
        <w:t>میں</w:t>
      </w:r>
      <w:proofErr w:type="spellEnd"/>
      <w:r>
        <w:t xml:space="preserve"> </w:t>
      </w:r>
      <w:proofErr w:type="spellStart"/>
      <w:r>
        <w:t>بیان</w:t>
      </w:r>
      <w:proofErr w:type="spellEnd"/>
      <w:r>
        <w:t xml:space="preserve"> </w:t>
      </w:r>
      <w:proofErr w:type="spellStart"/>
      <w:r>
        <w:t>کریں</w:t>
      </w:r>
      <w:proofErr w:type="spellEnd"/>
    </w:p>
    <w:p w14:paraId="22FDB358" w14:textId="77777777" w:rsidR="004E5798" w:rsidRDefault="004E5798" w:rsidP="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8C61A4" w14:textId="77777777" w:rsidR="004E5798" w:rsidRDefault="00000000">
      <w:r>
        <w:t xml:space="preserve">How will this activity help climate-smart agriculture or farming? </w:t>
      </w:r>
    </w:p>
    <w:p w14:paraId="5BE8CC0B" w14:textId="046F93F9" w:rsidR="006A3D3D" w:rsidRDefault="00000000">
      <w:proofErr w:type="spellStart"/>
      <w:r>
        <w:t>یہ</w:t>
      </w:r>
      <w:proofErr w:type="spellEnd"/>
      <w:r>
        <w:t xml:space="preserve"> </w:t>
      </w:r>
      <w:proofErr w:type="spellStart"/>
      <w:r>
        <w:t>سرگرمی</w:t>
      </w:r>
      <w:proofErr w:type="spellEnd"/>
      <w:r>
        <w:t xml:space="preserve"> </w:t>
      </w:r>
      <w:proofErr w:type="spellStart"/>
      <w:r>
        <w:t>موسمیاتی</w:t>
      </w:r>
      <w:proofErr w:type="spellEnd"/>
      <w:r>
        <w:t xml:space="preserve"> </w:t>
      </w:r>
      <w:proofErr w:type="spellStart"/>
      <w:r>
        <w:t>طور</w:t>
      </w:r>
      <w:proofErr w:type="spellEnd"/>
      <w:r>
        <w:t xml:space="preserve"> </w:t>
      </w:r>
      <w:proofErr w:type="spellStart"/>
      <w:r>
        <w:t>پر</w:t>
      </w:r>
      <w:proofErr w:type="spellEnd"/>
      <w:r>
        <w:t xml:space="preserve"> </w:t>
      </w:r>
      <w:proofErr w:type="spellStart"/>
      <w:r>
        <w:t>موافق</w:t>
      </w:r>
      <w:proofErr w:type="spellEnd"/>
      <w:r>
        <w:t xml:space="preserve"> </w:t>
      </w:r>
      <w:proofErr w:type="spellStart"/>
      <w:r>
        <w:t>زراعت</w:t>
      </w:r>
      <w:proofErr w:type="spellEnd"/>
      <w:r>
        <w:t xml:space="preserve"> </w:t>
      </w:r>
      <w:proofErr w:type="spellStart"/>
      <w:r>
        <w:t>یا</w:t>
      </w:r>
      <w:proofErr w:type="spellEnd"/>
      <w:r>
        <w:t xml:space="preserve"> </w:t>
      </w:r>
      <w:proofErr w:type="spellStart"/>
      <w:r>
        <w:t>کھیتی</w:t>
      </w:r>
      <w:proofErr w:type="spellEnd"/>
      <w:r>
        <w:t xml:space="preserve"> </w:t>
      </w:r>
      <w:proofErr w:type="spellStart"/>
      <w:r>
        <w:t>باڑی</w:t>
      </w:r>
      <w:proofErr w:type="spellEnd"/>
      <w:r>
        <w:t xml:space="preserve"> </w:t>
      </w:r>
      <w:proofErr w:type="spellStart"/>
      <w:r>
        <w:t>میں</w:t>
      </w:r>
      <w:proofErr w:type="spellEnd"/>
      <w:r>
        <w:t xml:space="preserve"> </w:t>
      </w:r>
      <w:proofErr w:type="spellStart"/>
      <w:r>
        <w:t>کس</w:t>
      </w:r>
      <w:proofErr w:type="spellEnd"/>
      <w:r>
        <w:t xml:space="preserve"> </w:t>
      </w:r>
      <w:proofErr w:type="spellStart"/>
      <w:r>
        <w:t>طرح</w:t>
      </w:r>
      <w:proofErr w:type="spellEnd"/>
      <w:r>
        <w:t xml:space="preserve"> </w:t>
      </w:r>
      <w:proofErr w:type="spellStart"/>
      <w:r>
        <w:t>مدد</w:t>
      </w:r>
      <w:proofErr w:type="spellEnd"/>
      <w:r>
        <w:t xml:space="preserve"> </w:t>
      </w:r>
      <w:proofErr w:type="spellStart"/>
      <w:r>
        <w:t>دے</w:t>
      </w:r>
      <w:proofErr w:type="spellEnd"/>
      <w:r>
        <w:t xml:space="preserve"> </w:t>
      </w:r>
      <w:proofErr w:type="spellStart"/>
      <w:r>
        <w:t>گی</w:t>
      </w:r>
      <w:proofErr w:type="spellEnd"/>
      <w:r>
        <w:t>؟</w:t>
      </w:r>
    </w:p>
    <w:p w14:paraId="5506D8F1" w14:textId="77777777" w:rsidR="004E5798" w:rsidRDefault="004E5798" w:rsidP="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2CFEAF" w14:textId="6687D176" w:rsidR="006A3D3D" w:rsidRPr="004E5798" w:rsidRDefault="00000000" w:rsidP="004E5798">
      <w:pPr>
        <w:pStyle w:val="ListParagraph"/>
        <w:numPr>
          <w:ilvl w:val="0"/>
          <w:numId w:val="10"/>
        </w:numPr>
        <w:rPr>
          <w:b/>
          <w:bCs/>
        </w:rPr>
      </w:pPr>
      <w:r w:rsidRPr="004E5798">
        <w:rPr>
          <w:b/>
          <w:bCs/>
        </w:rPr>
        <w:t>Details Implementation</w:t>
      </w:r>
      <w:r w:rsidR="004E5798" w:rsidRPr="004E5798">
        <w:rPr>
          <w:b/>
          <w:bCs/>
        </w:rPr>
        <w:t xml:space="preserve">/ </w:t>
      </w:r>
      <w:proofErr w:type="spellStart"/>
      <w:r w:rsidR="004E5798" w:rsidRPr="004E5798">
        <w:rPr>
          <w:rFonts w:ascii="Times New Roman" w:hAnsi="Times New Roman" w:cs="Times New Roman"/>
          <w:b/>
          <w:bCs/>
        </w:rPr>
        <w:t>عملدرآمد</w:t>
      </w:r>
      <w:proofErr w:type="spellEnd"/>
      <w:r w:rsidR="004E5798" w:rsidRPr="004E5798">
        <w:rPr>
          <w:b/>
          <w:bCs/>
        </w:rPr>
        <w:t xml:space="preserve"> </w:t>
      </w:r>
      <w:proofErr w:type="spellStart"/>
      <w:r w:rsidR="004E5798" w:rsidRPr="004E5798">
        <w:rPr>
          <w:rFonts w:ascii="Times New Roman" w:hAnsi="Times New Roman" w:cs="Times New Roman"/>
          <w:b/>
          <w:bCs/>
        </w:rPr>
        <w:t>کی</w:t>
      </w:r>
      <w:proofErr w:type="spellEnd"/>
      <w:r w:rsidR="004E5798" w:rsidRPr="004E5798">
        <w:rPr>
          <w:b/>
          <w:bCs/>
        </w:rPr>
        <w:t xml:space="preserve"> </w:t>
      </w:r>
      <w:proofErr w:type="spellStart"/>
      <w:r w:rsidR="004E5798" w:rsidRPr="004E5798">
        <w:rPr>
          <w:rFonts w:ascii="Times New Roman" w:hAnsi="Times New Roman" w:cs="Times New Roman"/>
          <w:b/>
          <w:bCs/>
        </w:rPr>
        <w:t>تفصیل</w:t>
      </w:r>
      <w:proofErr w:type="spellEnd"/>
    </w:p>
    <w:p w14:paraId="749409C6" w14:textId="77777777" w:rsidR="004E5798" w:rsidRDefault="00000000">
      <w:r>
        <w:t xml:space="preserve">How will this activity improve resilience to climate change? </w:t>
      </w:r>
    </w:p>
    <w:p w14:paraId="74335A29" w14:textId="61898A85" w:rsidR="006A3D3D" w:rsidRDefault="00000000">
      <w:proofErr w:type="spellStart"/>
      <w:r>
        <w:t>یہ</w:t>
      </w:r>
      <w:proofErr w:type="spellEnd"/>
      <w:r>
        <w:t xml:space="preserve"> </w:t>
      </w:r>
      <w:proofErr w:type="spellStart"/>
      <w:r>
        <w:t>سرگرمی</w:t>
      </w:r>
      <w:proofErr w:type="spellEnd"/>
      <w:r>
        <w:t xml:space="preserve"> </w:t>
      </w:r>
      <w:proofErr w:type="spellStart"/>
      <w:r>
        <w:t>موسمیاتی</w:t>
      </w:r>
      <w:proofErr w:type="spellEnd"/>
      <w:r>
        <w:t xml:space="preserve"> </w:t>
      </w:r>
      <w:proofErr w:type="spellStart"/>
      <w:r>
        <w:t>تبدیلی</w:t>
      </w:r>
      <w:proofErr w:type="spellEnd"/>
      <w:r>
        <w:t xml:space="preserve"> </w:t>
      </w:r>
      <w:proofErr w:type="spellStart"/>
      <w:r>
        <w:t>کے</w:t>
      </w:r>
      <w:proofErr w:type="spellEnd"/>
      <w:r>
        <w:t xml:space="preserve"> </w:t>
      </w:r>
      <w:proofErr w:type="spellStart"/>
      <w:r>
        <w:t>مقابلے</w:t>
      </w:r>
      <w:proofErr w:type="spellEnd"/>
      <w:r>
        <w:t xml:space="preserve"> </w:t>
      </w:r>
      <w:proofErr w:type="spellStart"/>
      <w:r>
        <w:t>میں</w:t>
      </w:r>
      <w:proofErr w:type="spellEnd"/>
      <w:r>
        <w:t xml:space="preserve"> </w:t>
      </w:r>
      <w:proofErr w:type="spellStart"/>
      <w:r>
        <w:t>مزاحمتی</w:t>
      </w:r>
      <w:proofErr w:type="spellEnd"/>
      <w:r>
        <w:t xml:space="preserve"> </w:t>
      </w:r>
      <w:proofErr w:type="spellStart"/>
      <w:r>
        <w:t>صالحیت</w:t>
      </w:r>
      <w:proofErr w:type="spellEnd"/>
      <w:r>
        <w:t xml:space="preserve"> </w:t>
      </w:r>
      <w:proofErr w:type="spellStart"/>
      <w:r>
        <w:t>کو</w:t>
      </w:r>
      <w:proofErr w:type="spellEnd"/>
      <w:r>
        <w:t xml:space="preserve"> / </w:t>
      </w:r>
      <w:proofErr w:type="spellStart"/>
      <w:r>
        <w:t>لچک</w:t>
      </w:r>
      <w:proofErr w:type="spellEnd"/>
      <w:r>
        <w:t xml:space="preserve"> </w:t>
      </w:r>
      <w:proofErr w:type="spellStart"/>
      <w:r>
        <w:t>کیسے</w:t>
      </w:r>
      <w:proofErr w:type="spellEnd"/>
      <w:r>
        <w:t xml:space="preserve"> </w:t>
      </w:r>
      <w:proofErr w:type="spellStart"/>
      <w:r>
        <w:t>بہتر</w:t>
      </w:r>
      <w:proofErr w:type="spellEnd"/>
      <w:r>
        <w:t xml:space="preserve"> </w:t>
      </w:r>
      <w:proofErr w:type="spellStart"/>
      <w:r>
        <w:t>بنائے</w:t>
      </w:r>
      <w:proofErr w:type="spellEnd"/>
      <w:r>
        <w:t xml:space="preserve"> </w:t>
      </w:r>
      <w:proofErr w:type="spellStart"/>
      <w:r>
        <w:t>گی</w:t>
      </w:r>
      <w:proofErr w:type="spellEnd"/>
      <w:r>
        <w:t>؟</w:t>
      </w:r>
    </w:p>
    <w:p w14:paraId="07009ACE" w14:textId="77777777" w:rsidR="004E5798" w:rsidRDefault="004E5798" w:rsidP="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C17C24" w14:textId="77777777" w:rsidR="004E5798" w:rsidRDefault="00000000">
      <w:r>
        <w:t xml:space="preserve">Who will benefit from this activity? How many people? </w:t>
      </w:r>
    </w:p>
    <w:p w14:paraId="11FF2603" w14:textId="6E47DBA0" w:rsidR="006A3D3D" w:rsidRDefault="00000000">
      <w:proofErr w:type="spellStart"/>
      <w:r>
        <w:t>اس</w:t>
      </w:r>
      <w:proofErr w:type="spellEnd"/>
      <w:r>
        <w:t xml:space="preserve"> </w:t>
      </w:r>
      <w:proofErr w:type="spellStart"/>
      <w:r>
        <w:t>سرگرمی</w:t>
      </w:r>
      <w:proofErr w:type="spellEnd"/>
      <w:r>
        <w:t xml:space="preserve"> </w:t>
      </w:r>
      <w:proofErr w:type="spellStart"/>
      <w:r>
        <w:t>سے</w:t>
      </w:r>
      <w:proofErr w:type="spellEnd"/>
      <w:r>
        <w:t xml:space="preserve"> </w:t>
      </w:r>
      <w:proofErr w:type="spellStart"/>
      <w:r>
        <w:t>کون</w:t>
      </w:r>
      <w:proofErr w:type="spellEnd"/>
      <w:r>
        <w:t xml:space="preserve"> </w:t>
      </w:r>
      <w:proofErr w:type="spellStart"/>
      <w:r>
        <w:t>فائدہ</w:t>
      </w:r>
      <w:proofErr w:type="spellEnd"/>
      <w:r>
        <w:t xml:space="preserve"> </w:t>
      </w:r>
      <w:proofErr w:type="spellStart"/>
      <w:r>
        <w:t>اٹھائے</w:t>
      </w:r>
      <w:proofErr w:type="spellEnd"/>
      <w:r>
        <w:t xml:space="preserve"> </w:t>
      </w:r>
      <w:proofErr w:type="spellStart"/>
      <w:r>
        <w:t>گا</w:t>
      </w:r>
      <w:proofErr w:type="spellEnd"/>
      <w:r>
        <w:t xml:space="preserve">؟ </w:t>
      </w:r>
      <w:proofErr w:type="spellStart"/>
      <w:r>
        <w:t>کتنے</w:t>
      </w:r>
      <w:proofErr w:type="spellEnd"/>
      <w:r>
        <w:t xml:space="preserve"> </w:t>
      </w:r>
      <w:proofErr w:type="spellStart"/>
      <w:r>
        <w:t>افراد</w:t>
      </w:r>
      <w:proofErr w:type="spellEnd"/>
      <w:r>
        <w:t>؟</w:t>
      </w:r>
    </w:p>
    <w:p w14:paraId="7DDAFE31" w14:textId="77777777" w:rsidR="004E5798" w:rsidRDefault="004E5798" w:rsidP="004E5798">
      <w:r>
        <w:rPr>
          <w:rFonts w:hint="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C53DCC" w14:textId="0049D099" w:rsidR="006A3D3D" w:rsidRDefault="00000000">
      <w:r>
        <w:t>Location of activity:</w:t>
      </w:r>
      <w:r w:rsidR="004E5798">
        <w:t xml:space="preserve"> </w:t>
      </w:r>
      <w:proofErr w:type="spellStart"/>
      <w:r>
        <w:t>سرگرمی</w:t>
      </w:r>
      <w:proofErr w:type="spellEnd"/>
      <w:r>
        <w:t xml:space="preserve"> </w:t>
      </w:r>
      <w:proofErr w:type="spellStart"/>
      <w:r>
        <w:t>کی</w:t>
      </w:r>
      <w:proofErr w:type="spellEnd"/>
      <w:r>
        <w:t xml:space="preserve"> </w:t>
      </w:r>
      <w:proofErr w:type="spellStart"/>
      <w:r>
        <w:t>جگہ</w:t>
      </w:r>
      <w:proofErr w:type="spellEnd"/>
    </w:p>
    <w:p w14:paraId="7A38B4A9" w14:textId="77777777" w:rsidR="004E5798" w:rsidRDefault="004E5798" w:rsidP="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AAB557" w14:textId="58065455" w:rsidR="006A3D3D" w:rsidRDefault="00000000">
      <w:r>
        <w:t>Implementation period (3–4 months</w:t>
      </w:r>
      <w:proofErr w:type="gramStart"/>
      <w:r>
        <w:t>):</w:t>
      </w:r>
      <w:proofErr w:type="spellStart"/>
      <w:r>
        <w:t>عملدرآمد</w:t>
      </w:r>
      <w:proofErr w:type="spellEnd"/>
      <w:proofErr w:type="gramEnd"/>
      <w:r>
        <w:t xml:space="preserve"> </w:t>
      </w:r>
      <w:proofErr w:type="spellStart"/>
      <w:r>
        <w:t>کی</w:t>
      </w:r>
      <w:proofErr w:type="spellEnd"/>
      <w:r>
        <w:t xml:space="preserve"> </w:t>
      </w:r>
      <w:proofErr w:type="spellStart"/>
      <w:r>
        <w:t>مدت</w:t>
      </w:r>
      <w:proofErr w:type="spellEnd"/>
      <w:r>
        <w:t xml:space="preserve"> 3–4 </w:t>
      </w:r>
      <w:proofErr w:type="spellStart"/>
      <w:r>
        <w:t>ماہ</w:t>
      </w:r>
      <w:proofErr w:type="spellEnd"/>
    </w:p>
    <w:p w14:paraId="009EB017" w14:textId="77777777" w:rsidR="004E5798" w:rsidRDefault="004E5798" w:rsidP="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A8AD0B" w14:textId="21122E62" w:rsidR="006A3D3D" w:rsidRPr="004E5798" w:rsidRDefault="00000000" w:rsidP="004E5798">
      <w:pPr>
        <w:pStyle w:val="ListParagraph"/>
        <w:numPr>
          <w:ilvl w:val="0"/>
          <w:numId w:val="10"/>
        </w:numPr>
        <w:rPr>
          <w:b/>
          <w:bCs/>
        </w:rPr>
      </w:pPr>
      <w:r w:rsidRPr="004E5798">
        <w:rPr>
          <w:b/>
          <w:bCs/>
        </w:rPr>
        <w:t>Summary Budge</w:t>
      </w:r>
      <w:r w:rsidR="004E5798" w:rsidRPr="004E5798">
        <w:rPr>
          <w:b/>
          <w:bCs/>
        </w:rPr>
        <w:t>t/</w:t>
      </w:r>
      <w:proofErr w:type="spellStart"/>
      <w:r w:rsidR="004E5798" w:rsidRPr="004E5798">
        <w:rPr>
          <w:rFonts w:ascii="Times New Roman" w:hAnsi="Times New Roman" w:cs="Times New Roman"/>
          <w:b/>
          <w:bCs/>
        </w:rPr>
        <w:t>بجٹ</w:t>
      </w:r>
      <w:proofErr w:type="spellEnd"/>
      <w:r w:rsidR="004E5798" w:rsidRPr="004E5798">
        <w:rPr>
          <w:b/>
          <w:bCs/>
        </w:rPr>
        <w:t xml:space="preserve"> </w:t>
      </w:r>
      <w:proofErr w:type="spellStart"/>
      <w:r w:rsidR="004E5798" w:rsidRPr="004E5798">
        <w:rPr>
          <w:rFonts w:ascii="Times New Roman" w:hAnsi="Times New Roman" w:cs="Times New Roman"/>
          <w:b/>
          <w:bCs/>
        </w:rPr>
        <w:t>کا</w:t>
      </w:r>
      <w:proofErr w:type="spellEnd"/>
      <w:r w:rsidR="004E5798" w:rsidRPr="004E5798">
        <w:rPr>
          <w:b/>
          <w:bCs/>
        </w:rPr>
        <w:t xml:space="preserve"> </w:t>
      </w:r>
      <w:proofErr w:type="spellStart"/>
      <w:r w:rsidR="004E5798" w:rsidRPr="004E5798">
        <w:rPr>
          <w:rFonts w:ascii="Times New Roman" w:hAnsi="Times New Roman" w:cs="Times New Roman"/>
          <w:b/>
          <w:bCs/>
        </w:rPr>
        <w:t>خالصہ</w:t>
      </w:r>
      <w:proofErr w:type="spellEnd"/>
      <w:r w:rsidR="004E5798" w:rsidRPr="004E5798">
        <w:rPr>
          <w:b/>
          <w:bCs/>
        </w:rPr>
        <w:t xml:space="preserve"> </w:t>
      </w:r>
    </w:p>
    <w:p w14:paraId="4B038A36" w14:textId="08FB7E65" w:rsidR="006A3D3D" w:rsidRDefault="00000000">
      <w:r>
        <w:t>Main activities to be carried out (1-6)</w:t>
      </w:r>
      <w:r w:rsidR="004E5798">
        <w:t xml:space="preserve"> </w:t>
      </w:r>
      <w:proofErr w:type="spellStart"/>
      <w:r>
        <w:t>بنیادی</w:t>
      </w:r>
      <w:proofErr w:type="spellEnd"/>
      <w:r>
        <w:t xml:space="preserve"> </w:t>
      </w:r>
      <w:proofErr w:type="spellStart"/>
      <w:r>
        <w:t>سرگرمیاں</w:t>
      </w:r>
      <w:proofErr w:type="spellEnd"/>
      <w:r>
        <w:t xml:space="preserve"> </w:t>
      </w:r>
    </w:p>
    <w:p w14:paraId="3E45A1D7" w14:textId="77777777" w:rsidR="004E5798" w:rsidRDefault="004E5798" w:rsidP="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FDA097" w14:textId="15607C4A" w:rsidR="006A3D3D" w:rsidRDefault="00000000">
      <w:r>
        <w:t>Expected results:</w:t>
      </w:r>
      <w:r w:rsidR="004E5798">
        <w:t xml:space="preserve"> </w:t>
      </w:r>
      <w:proofErr w:type="spellStart"/>
      <w:r>
        <w:t>متوقع</w:t>
      </w:r>
      <w:proofErr w:type="spellEnd"/>
      <w:r>
        <w:t xml:space="preserve"> </w:t>
      </w:r>
      <w:proofErr w:type="spellStart"/>
      <w:r>
        <w:t>نتائج</w:t>
      </w:r>
      <w:proofErr w:type="spellEnd"/>
    </w:p>
    <w:p w14:paraId="3BD99454" w14:textId="77777777" w:rsidR="004E5798" w:rsidRDefault="004E5798" w:rsidP="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30F7FB" w14:textId="05445F5D" w:rsidR="006A3D3D" w:rsidRDefault="00000000">
      <w:r>
        <w:t xml:space="preserve">Total amount requested (up to PKR </w:t>
      </w:r>
      <w:proofErr w:type="gramStart"/>
      <w:r>
        <w:t>200,000):(</w:t>
      </w:r>
      <w:proofErr w:type="gramEnd"/>
      <w:r>
        <w:t xml:space="preserve">200,000 PKR </w:t>
      </w:r>
      <w:proofErr w:type="spellStart"/>
      <w:r>
        <w:t>زیادہ</w:t>
      </w:r>
      <w:proofErr w:type="spellEnd"/>
      <w:r>
        <w:t xml:space="preserve"> </w:t>
      </w:r>
      <w:proofErr w:type="spellStart"/>
      <w:r>
        <w:t>سے</w:t>
      </w:r>
      <w:proofErr w:type="spellEnd"/>
      <w:r>
        <w:t xml:space="preserve"> </w:t>
      </w:r>
      <w:proofErr w:type="spellStart"/>
      <w:r>
        <w:t>زیادہ</w:t>
      </w:r>
      <w:proofErr w:type="spellEnd"/>
      <w:r>
        <w:t xml:space="preserve">) </w:t>
      </w:r>
      <w:proofErr w:type="spellStart"/>
      <w:r>
        <w:t>درخواست</w:t>
      </w:r>
      <w:proofErr w:type="spellEnd"/>
      <w:r>
        <w:t xml:space="preserve"> </w:t>
      </w:r>
      <w:proofErr w:type="spellStart"/>
      <w:r>
        <w:t>کردہ</w:t>
      </w:r>
      <w:proofErr w:type="spellEnd"/>
      <w:r>
        <w:t xml:space="preserve"> </w:t>
      </w:r>
      <w:proofErr w:type="spellStart"/>
      <w:r>
        <w:t>کل</w:t>
      </w:r>
      <w:proofErr w:type="spellEnd"/>
      <w:r>
        <w:t xml:space="preserve"> </w:t>
      </w:r>
      <w:proofErr w:type="spellStart"/>
      <w:r>
        <w:t>رقم</w:t>
      </w:r>
      <w:proofErr w:type="spellEnd"/>
    </w:p>
    <w:p w14:paraId="68A64534" w14:textId="7410AB3F" w:rsidR="006A3D3D" w:rsidRDefault="00000000">
      <w:r>
        <w:t>____________________________________________</w:t>
      </w:r>
      <w:r w:rsidR="004E5798">
        <w:t>_____________________________________________________________</w:t>
      </w:r>
    </w:p>
    <w:p w14:paraId="4DB9C0BE" w14:textId="77777777" w:rsidR="006A3D3D" w:rsidRDefault="00000000">
      <w:r>
        <w:t xml:space="preserve">How will the grant money be used? </w:t>
      </w:r>
      <w:proofErr w:type="spellStart"/>
      <w:r>
        <w:t>یہ</w:t>
      </w:r>
      <w:proofErr w:type="spellEnd"/>
      <w:r>
        <w:t xml:space="preserve"> </w:t>
      </w:r>
      <w:proofErr w:type="spellStart"/>
      <w:r>
        <w:t>رقم</w:t>
      </w:r>
      <w:proofErr w:type="spellEnd"/>
      <w:r>
        <w:t xml:space="preserve"> </w:t>
      </w:r>
      <w:proofErr w:type="spellStart"/>
      <w:r>
        <w:t>کس</w:t>
      </w:r>
      <w:proofErr w:type="spellEnd"/>
      <w:r>
        <w:t xml:space="preserve"> </w:t>
      </w:r>
      <w:proofErr w:type="spellStart"/>
      <w:r>
        <w:t>طرح</w:t>
      </w:r>
      <w:proofErr w:type="spellEnd"/>
      <w:r>
        <w:t xml:space="preserve"> </w:t>
      </w:r>
      <w:proofErr w:type="spellStart"/>
      <w:r>
        <w:t>استعمال</w:t>
      </w:r>
      <w:proofErr w:type="spellEnd"/>
      <w:r>
        <w:t xml:space="preserve"> </w:t>
      </w:r>
      <w:proofErr w:type="spellStart"/>
      <w:r>
        <w:t>ہوگی</w:t>
      </w:r>
      <w:proofErr w:type="spellEnd"/>
      <w:r>
        <w:t>؟</w:t>
      </w:r>
    </w:p>
    <w:p w14:paraId="068DDCAC" w14:textId="0EEDDB63" w:rsidR="004E5798" w:rsidRDefault="004E5798" w:rsidP="004E5798">
      <w:pPr>
        <w:rPr>
          <w:rtl/>
        </w:rPr>
      </w:pPr>
      <w:r>
        <w:rPr>
          <w:rFonts w:hint="cs"/>
          <w:rtl/>
        </w:rPr>
        <w:t>____________________________________________________________________________________________________________________________________________</w:t>
      </w:r>
      <w:r>
        <w:rPr>
          <w:rFonts w:hint="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FE26BB" w14:textId="28BAF697" w:rsidR="004E5798" w:rsidRDefault="004E5798" w:rsidP="004E5798">
      <w:r>
        <w:t xml:space="preserve">Community contribution, if any: </w:t>
      </w:r>
      <w:proofErr w:type="spellStart"/>
      <w:r>
        <w:rPr>
          <w:rFonts w:ascii="Times New Roman" w:hAnsi="Times New Roman" w:cs="Times New Roman"/>
        </w:rPr>
        <w:t>کمیونٹی</w:t>
      </w:r>
      <w:proofErr w:type="spellEnd"/>
      <w:r>
        <w:t xml:space="preserve"> </w:t>
      </w:r>
      <w:proofErr w:type="spellStart"/>
      <w:r>
        <w:rPr>
          <w:rFonts w:ascii="Times New Roman" w:hAnsi="Times New Roman" w:cs="Times New Roman"/>
        </w:rPr>
        <w:t>تعاون</w:t>
      </w:r>
      <w:proofErr w:type="spellEnd"/>
      <w:r>
        <w:rPr>
          <w:rFonts w:ascii="Times New Roman" w:hAnsi="Times New Roman" w:cs="Times New Roman"/>
        </w:rPr>
        <w:t>،</w:t>
      </w:r>
      <w:r>
        <w:t xml:space="preserve"> </w:t>
      </w:r>
      <w:proofErr w:type="spellStart"/>
      <w:r>
        <w:rPr>
          <w:rFonts w:ascii="Times New Roman" w:hAnsi="Times New Roman" w:cs="Times New Roman"/>
        </w:rPr>
        <w:t>اگر</w:t>
      </w:r>
      <w:proofErr w:type="spellEnd"/>
      <w:r>
        <w:t xml:space="preserve"> </w:t>
      </w:r>
      <w:proofErr w:type="spellStart"/>
      <w:r>
        <w:rPr>
          <w:rFonts w:ascii="Times New Roman" w:hAnsi="Times New Roman" w:cs="Times New Roman"/>
        </w:rPr>
        <w:t>کوئی</w:t>
      </w:r>
      <w:proofErr w:type="spellEnd"/>
      <w:r>
        <w:t xml:space="preserve"> </w:t>
      </w:r>
      <w:proofErr w:type="spellStart"/>
      <w:r>
        <w:rPr>
          <w:rFonts w:ascii="Times New Roman" w:hAnsi="Times New Roman" w:cs="Times New Roman"/>
        </w:rPr>
        <w:t>ہو</w:t>
      </w:r>
      <w:proofErr w:type="spellEnd"/>
    </w:p>
    <w:p w14:paraId="3B5D9A88" w14:textId="1930828B" w:rsidR="004E5798" w:rsidRDefault="004E5798" w:rsidP="004E5798">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C319A1" w14:textId="01BC8E5F" w:rsidR="006A3D3D" w:rsidRPr="004E5798" w:rsidRDefault="00000000" w:rsidP="004E5798">
      <w:pPr>
        <w:pStyle w:val="ListParagraph"/>
        <w:numPr>
          <w:ilvl w:val="0"/>
          <w:numId w:val="10"/>
        </w:numPr>
        <w:rPr>
          <w:b/>
          <w:bCs/>
        </w:rPr>
      </w:pPr>
      <w:r w:rsidRPr="004E5798">
        <w:rPr>
          <w:b/>
          <w:bCs/>
        </w:rPr>
        <w:t>Declaration</w:t>
      </w:r>
      <w:r w:rsidR="004E5798">
        <w:rPr>
          <w:b/>
          <w:bCs/>
        </w:rPr>
        <w:t>/</w:t>
      </w:r>
      <w:r w:rsidR="004E5798" w:rsidRPr="004E5798">
        <w:rPr>
          <w:b/>
          <w:bCs/>
        </w:rPr>
        <w:t xml:space="preserve"> </w:t>
      </w:r>
      <w:proofErr w:type="spellStart"/>
      <w:r w:rsidR="004E5798" w:rsidRPr="004E5798">
        <w:rPr>
          <w:rFonts w:ascii="Times New Roman" w:hAnsi="Times New Roman" w:cs="Times New Roman"/>
          <w:b/>
          <w:bCs/>
        </w:rPr>
        <w:t>اقرار</w:t>
      </w:r>
      <w:proofErr w:type="spellEnd"/>
      <w:r w:rsidR="004E5798" w:rsidRPr="004E5798">
        <w:rPr>
          <w:b/>
          <w:bCs/>
        </w:rPr>
        <w:t xml:space="preserve"> </w:t>
      </w:r>
      <w:proofErr w:type="spellStart"/>
      <w:r w:rsidR="004E5798" w:rsidRPr="004E5798">
        <w:rPr>
          <w:rFonts w:ascii="Times New Roman" w:hAnsi="Times New Roman" w:cs="Times New Roman"/>
          <w:b/>
          <w:bCs/>
        </w:rPr>
        <w:t>نامہ</w:t>
      </w:r>
      <w:proofErr w:type="spellEnd"/>
    </w:p>
    <w:p w14:paraId="42745DC4" w14:textId="77777777" w:rsidR="004E5798" w:rsidRDefault="00000000">
      <w:pPr>
        <w:rPr>
          <w:rtl/>
        </w:rPr>
      </w:pPr>
      <w:r>
        <w:rPr>
          <w:rFonts w:ascii="Segoe UI Symbol" w:hAnsi="Segoe UI Symbol" w:cs="Segoe UI Symbol"/>
        </w:rPr>
        <w:t>☐</w:t>
      </w:r>
      <w:r>
        <w:t xml:space="preserve"> I certify that the information provided is true and correct</w:t>
      </w:r>
      <w:proofErr w:type="gramStart"/>
      <w:r>
        <w:t>. .</w:t>
      </w:r>
      <w:proofErr w:type="gramEnd"/>
    </w:p>
    <w:p w14:paraId="62BAEE0F" w14:textId="56061584" w:rsidR="006A3D3D" w:rsidRDefault="00000000">
      <w:r>
        <w:t xml:space="preserve"> </w:t>
      </w:r>
      <w:proofErr w:type="spellStart"/>
      <w:r>
        <w:t>کہ</w:t>
      </w:r>
      <w:proofErr w:type="spellEnd"/>
      <w:r>
        <w:t xml:space="preserve"> </w:t>
      </w:r>
      <w:proofErr w:type="spellStart"/>
      <w:r>
        <w:t>ہوں</w:t>
      </w:r>
      <w:proofErr w:type="spellEnd"/>
      <w:r>
        <w:t xml:space="preserve"> </w:t>
      </w:r>
      <w:proofErr w:type="spellStart"/>
      <w:r>
        <w:t>کرتی</w:t>
      </w:r>
      <w:proofErr w:type="spellEnd"/>
      <w:r>
        <w:t>/</w:t>
      </w:r>
      <w:proofErr w:type="spellStart"/>
      <w:r>
        <w:t>کرتا</w:t>
      </w:r>
      <w:proofErr w:type="spellEnd"/>
      <w:r>
        <w:t xml:space="preserve"> </w:t>
      </w:r>
      <w:proofErr w:type="spellStart"/>
      <w:r>
        <w:t>تصدیق</w:t>
      </w:r>
      <w:proofErr w:type="spellEnd"/>
      <w:r>
        <w:t xml:space="preserve"> </w:t>
      </w:r>
      <w:proofErr w:type="spellStart"/>
      <w:r>
        <w:t>میں</w:t>
      </w:r>
      <w:proofErr w:type="spellEnd"/>
      <w:r>
        <w:t xml:space="preserve"> </w:t>
      </w:r>
      <w:proofErr w:type="spellStart"/>
      <w:r>
        <w:t>فراہم</w:t>
      </w:r>
      <w:proofErr w:type="spellEnd"/>
      <w:r>
        <w:t xml:space="preserve"> </w:t>
      </w:r>
      <w:proofErr w:type="spellStart"/>
      <w:r>
        <w:t>کردہ</w:t>
      </w:r>
      <w:proofErr w:type="spellEnd"/>
      <w:r>
        <w:t xml:space="preserve"> </w:t>
      </w:r>
      <w:proofErr w:type="spellStart"/>
      <w:r>
        <w:t>معلومات</w:t>
      </w:r>
      <w:proofErr w:type="spellEnd"/>
      <w:r>
        <w:t xml:space="preserve"> </w:t>
      </w:r>
      <w:proofErr w:type="spellStart"/>
      <w:r>
        <w:t>درست</w:t>
      </w:r>
      <w:proofErr w:type="spellEnd"/>
      <w:r>
        <w:t xml:space="preserve"> </w:t>
      </w:r>
      <w:proofErr w:type="spellStart"/>
      <w:r>
        <w:t>اور</w:t>
      </w:r>
      <w:proofErr w:type="spellEnd"/>
      <w:r>
        <w:t xml:space="preserve"> </w:t>
      </w:r>
      <w:proofErr w:type="spellStart"/>
      <w:r>
        <w:t>حقیقی</w:t>
      </w:r>
      <w:proofErr w:type="spellEnd"/>
      <w:r>
        <w:t xml:space="preserve"> </w:t>
      </w:r>
      <w:proofErr w:type="spellStart"/>
      <w:r>
        <w:t>ہیں</w:t>
      </w:r>
      <w:proofErr w:type="spellEnd"/>
      <w:r>
        <w:t>۔</w:t>
      </w:r>
    </w:p>
    <w:p w14:paraId="73C11670" w14:textId="01CD1B1E" w:rsidR="006A3D3D" w:rsidRDefault="004E5798">
      <w:proofErr w:type="gramStart"/>
      <w:r>
        <w:t xml:space="preserve">Name </w:t>
      </w:r>
      <w:r>
        <w:rPr>
          <w:rFonts w:hint="cs"/>
          <w:rtl/>
        </w:rPr>
        <w:t xml:space="preserve"> نام</w:t>
      </w:r>
      <w:proofErr w:type="spellStart"/>
      <w:r>
        <w:rPr>
          <w:rFonts w:ascii="Times New Roman" w:hAnsi="Times New Roman" w:cs="Times New Roman"/>
        </w:rPr>
        <w:t>درخواست</w:t>
      </w:r>
      <w:proofErr w:type="spellEnd"/>
      <w:proofErr w:type="gramEnd"/>
      <w:r>
        <w:t xml:space="preserve"> </w:t>
      </w:r>
      <w:proofErr w:type="spellStart"/>
      <w:r>
        <w:rPr>
          <w:rFonts w:ascii="Times New Roman" w:hAnsi="Times New Roman" w:cs="Times New Roman"/>
        </w:rPr>
        <w:t>گزار</w:t>
      </w:r>
      <w:proofErr w:type="spellEnd"/>
      <w:r>
        <w:t xml:space="preserve"> </w:t>
      </w:r>
      <w:proofErr w:type="spellStart"/>
      <w:proofErr w:type="gramStart"/>
      <w:r>
        <w:rPr>
          <w:rFonts w:ascii="Times New Roman" w:hAnsi="Times New Roman" w:cs="Times New Roman"/>
        </w:rPr>
        <w:t>کا</w:t>
      </w:r>
      <w:proofErr w:type="spellEnd"/>
      <w:r>
        <w:rPr>
          <w:rFonts w:ascii="Times New Roman" w:hAnsi="Times New Roman" w:cs="Times New Roman" w:hint="cs"/>
          <w:rtl/>
        </w:rPr>
        <w:t xml:space="preserve">  </w:t>
      </w:r>
      <w:r>
        <w:t>:</w:t>
      </w:r>
      <w:proofErr w:type="gramEnd"/>
      <w:r>
        <w:t xml:space="preserve"> __________________________________</w:t>
      </w:r>
    </w:p>
    <w:p w14:paraId="5FF4F497" w14:textId="24AB9DB9" w:rsidR="004E5798" w:rsidRDefault="004E5798">
      <w:r>
        <w:t>CNIC Number</w:t>
      </w:r>
      <w:r>
        <w:rPr>
          <w:rFonts w:hint="cs"/>
          <w:rtl/>
        </w:rPr>
        <w:t xml:space="preserve"> </w:t>
      </w:r>
      <w:proofErr w:type="spellStart"/>
      <w:r>
        <w:rPr>
          <w:rFonts w:ascii="Times New Roman" w:hAnsi="Times New Roman" w:cs="Times New Roman"/>
        </w:rPr>
        <w:t>شناختی</w:t>
      </w:r>
      <w:proofErr w:type="spellEnd"/>
      <w:r>
        <w:t xml:space="preserve"> </w:t>
      </w:r>
      <w:proofErr w:type="spellStart"/>
      <w:r>
        <w:rPr>
          <w:rFonts w:ascii="Times New Roman" w:hAnsi="Times New Roman" w:cs="Times New Roman"/>
        </w:rPr>
        <w:t>کارڑ</w:t>
      </w:r>
      <w:proofErr w:type="spellEnd"/>
      <w:r>
        <w:t xml:space="preserve"> </w:t>
      </w:r>
      <w:proofErr w:type="spellStart"/>
      <w:r>
        <w:rPr>
          <w:rFonts w:ascii="Times New Roman" w:hAnsi="Times New Roman" w:cs="Times New Roman"/>
        </w:rPr>
        <w:t>نمبر</w:t>
      </w:r>
      <w:proofErr w:type="spellEnd"/>
      <w:r>
        <w:t>: ____________________________________________________</w:t>
      </w:r>
    </w:p>
    <w:p w14:paraId="279B82FF" w14:textId="59D7B916" w:rsidR="004E5798" w:rsidRDefault="004E5798">
      <w:r>
        <w:t>Signature</w:t>
      </w:r>
      <w:proofErr w:type="gramStart"/>
      <w:r>
        <w:rPr>
          <w:rFonts w:hint="cs"/>
          <w:rtl/>
        </w:rPr>
        <w:t xml:space="preserve">دستخط </w:t>
      </w:r>
      <w:r>
        <w:t>:</w:t>
      </w:r>
      <w:proofErr w:type="gramEnd"/>
      <w:r>
        <w:t xml:space="preserve"> __________________________________________</w:t>
      </w:r>
    </w:p>
    <w:sectPr w:rsidR="004E579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Nastaliq Urdu">
    <w:charset w:val="B2"/>
    <w:family w:val="swiss"/>
    <w:pitch w:val="variable"/>
    <w:sig w:usb0="80002003" w:usb1="80002040" w:usb2="00000000" w:usb3="00000000" w:csb0="0000004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FC2AD5"/>
    <w:multiLevelType w:val="hybridMultilevel"/>
    <w:tmpl w:val="C3B22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BE2A16"/>
    <w:multiLevelType w:val="multilevel"/>
    <w:tmpl w:val="8A74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3432887">
    <w:abstractNumId w:val="8"/>
  </w:num>
  <w:num w:numId="2" w16cid:durableId="1580213256">
    <w:abstractNumId w:val="6"/>
  </w:num>
  <w:num w:numId="3" w16cid:durableId="1768652524">
    <w:abstractNumId w:val="5"/>
  </w:num>
  <w:num w:numId="4" w16cid:durableId="559632469">
    <w:abstractNumId w:val="4"/>
  </w:num>
  <w:num w:numId="5" w16cid:durableId="1391034171">
    <w:abstractNumId w:val="7"/>
  </w:num>
  <w:num w:numId="6" w16cid:durableId="1418138667">
    <w:abstractNumId w:val="3"/>
  </w:num>
  <w:num w:numId="7" w16cid:durableId="2051567583">
    <w:abstractNumId w:val="2"/>
  </w:num>
  <w:num w:numId="8" w16cid:durableId="1999268300">
    <w:abstractNumId w:val="1"/>
  </w:num>
  <w:num w:numId="9" w16cid:durableId="769086713">
    <w:abstractNumId w:val="0"/>
  </w:num>
  <w:num w:numId="10" w16cid:durableId="1051423">
    <w:abstractNumId w:val="9"/>
  </w:num>
  <w:num w:numId="11" w16cid:durableId="17177739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6F4"/>
    <w:rsid w:val="00034616"/>
    <w:rsid w:val="0006063C"/>
    <w:rsid w:val="000B16D9"/>
    <w:rsid w:val="0015074B"/>
    <w:rsid w:val="00153689"/>
    <w:rsid w:val="0029639D"/>
    <w:rsid w:val="002F489F"/>
    <w:rsid w:val="00326F90"/>
    <w:rsid w:val="00351967"/>
    <w:rsid w:val="003C6149"/>
    <w:rsid w:val="004500C4"/>
    <w:rsid w:val="004E5798"/>
    <w:rsid w:val="00554932"/>
    <w:rsid w:val="00621AFD"/>
    <w:rsid w:val="006A3D3D"/>
    <w:rsid w:val="007432A1"/>
    <w:rsid w:val="00850007"/>
    <w:rsid w:val="009323F7"/>
    <w:rsid w:val="009F1BDE"/>
    <w:rsid w:val="009F6D8F"/>
    <w:rsid w:val="00AA1D8D"/>
    <w:rsid w:val="00B47730"/>
    <w:rsid w:val="00BE1AE6"/>
    <w:rsid w:val="00BE7BBA"/>
    <w:rsid w:val="00C04C98"/>
    <w:rsid w:val="00CB0664"/>
    <w:rsid w:val="00CE0931"/>
    <w:rsid w:val="00D32745"/>
    <w:rsid w:val="00DE4688"/>
    <w:rsid w:val="00EE0A80"/>
    <w:rsid w:val="00F16429"/>
    <w:rsid w:val="00F22587"/>
    <w:rsid w:val="00F474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408DCB"/>
  <w14:defaultImageDpi w14:val="300"/>
  <w15:docId w15:val="{F40F70EA-D965-4079-B129-6193163CF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798"/>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82ed9c4-3b52-467b-9770-6cc61c05e5ff}" enabled="0" method="" siteId="{182ed9c4-3b52-467b-9770-6cc61c05e5ff}" removed="1"/>
</clbl:labelList>
</file>

<file path=docProps/app.xml><?xml version="1.0" encoding="utf-8"?>
<Properties xmlns="http://schemas.openxmlformats.org/officeDocument/2006/extended-properties" xmlns:vt="http://schemas.openxmlformats.org/officeDocument/2006/docPropsVTypes">
  <Template>Normal</Template>
  <TotalTime>13</TotalTime>
  <Pages>7</Pages>
  <Words>2026</Words>
  <Characters>11553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Alia Shehnaz</cp:lastModifiedBy>
  <cp:revision>2</cp:revision>
  <dcterms:created xsi:type="dcterms:W3CDTF">2026-10-26T05:51:00Z</dcterms:created>
  <dcterms:modified xsi:type="dcterms:W3CDTF">2026-10-26T05:51:00Z</dcterms:modified>
  <cp:category/>
</cp:coreProperties>
</file>